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D7557" w14:textId="225F0E24" w:rsidR="00514130" w:rsidRPr="001179BD" w:rsidRDefault="00510577">
      <w:pPr>
        <w:jc w:val="center"/>
        <w:rPr>
          <w:rFonts w:ascii="ＭＳ ゴシック" w:eastAsia="ＭＳ ゴシック" w:hAnsi="ＭＳ ゴシック"/>
          <w:lang w:eastAsia="ja-JP"/>
        </w:rPr>
      </w:pPr>
      <w:r w:rsidRPr="001179BD">
        <w:rPr>
          <w:rFonts w:ascii="ＭＳ ゴシック" w:eastAsia="ＭＳ ゴシック" w:hAnsi="ＭＳ ゴシック"/>
          <w:b/>
          <w:sz w:val="28"/>
          <w:lang w:eastAsia="ja-JP"/>
        </w:rPr>
        <w:t>とくしまマラソン２０２７</w:t>
      </w:r>
      <w:r w:rsidRPr="001179BD">
        <w:rPr>
          <w:rFonts w:ascii="ＭＳ ゴシック" w:eastAsia="ＭＳ ゴシック" w:hAnsi="ＭＳ ゴシック"/>
          <w:b/>
          <w:sz w:val="28"/>
          <w:lang w:eastAsia="ja-JP"/>
        </w:rPr>
        <w:br/>
        <w:t>大会ビジュアルデザイン制作委託業者選定デザインコンペ</w:t>
      </w:r>
      <w:r w:rsidRPr="001179BD">
        <w:rPr>
          <w:rFonts w:ascii="ＭＳ ゴシック" w:eastAsia="ＭＳ ゴシック" w:hAnsi="ＭＳ ゴシック"/>
          <w:b/>
          <w:sz w:val="28"/>
          <w:lang w:eastAsia="ja-JP"/>
        </w:rPr>
        <w:br/>
        <w:t>募集要項</w:t>
      </w:r>
    </w:p>
    <w:p w14:paraId="1C9B5D7B" w14:textId="77777777" w:rsidR="00514130" w:rsidRPr="001179BD" w:rsidRDefault="00514130">
      <w:pPr>
        <w:rPr>
          <w:rFonts w:ascii="ＭＳ ゴシック" w:eastAsia="ＭＳ ゴシック" w:hAnsi="ＭＳ ゴシック"/>
          <w:lang w:eastAsia="ja-JP"/>
        </w:rPr>
      </w:pPr>
    </w:p>
    <w:p w14:paraId="0F5DE71E" w14:textId="77777777" w:rsidR="00514130" w:rsidRPr="001179BD" w:rsidRDefault="00510577" w:rsidP="00234EE6">
      <w:pPr>
        <w:spacing w:line="240" w:lineRule="auto"/>
        <w:rPr>
          <w:rFonts w:ascii="ＭＳ ゴシック" w:eastAsia="ＭＳ ゴシック" w:hAnsi="ＭＳ ゴシック"/>
          <w:lang w:eastAsia="ja-JP"/>
        </w:rPr>
      </w:pPr>
      <w:r w:rsidRPr="001179BD">
        <w:rPr>
          <w:rFonts w:ascii="ＭＳ ゴシック" w:eastAsia="ＭＳ ゴシック" w:hAnsi="ＭＳ ゴシック"/>
          <w:b/>
          <w:sz w:val="24"/>
          <w:lang w:eastAsia="ja-JP"/>
        </w:rPr>
        <w:t>１　目　的</w:t>
      </w:r>
    </w:p>
    <w:p w14:paraId="20781C8D" w14:textId="77777777"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とくしまマラソン２０２７大会は、新コース採用に伴い大会全体をリニューアルします。</w:t>
      </w:r>
    </w:p>
    <w:p w14:paraId="0F6CF074" w14:textId="272366C6"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本コンペは、大会の刷新を象徴する「大会ビジュアル（ポスター等のキービジュアル）」を含むデザイン一式の制作を委託する業者を選定し、大会の訴求力向上と参加ランナーの増加、ならびにリピーター獲得につなげることを目的とします。</w:t>
      </w:r>
    </w:p>
    <w:p w14:paraId="67C62D9B" w14:textId="77777777" w:rsidR="0024345D" w:rsidRPr="001179BD" w:rsidRDefault="0024345D">
      <w:pPr>
        <w:spacing w:after="40"/>
        <w:rPr>
          <w:rFonts w:ascii="ＭＳ ゴシック" w:eastAsia="ＭＳ ゴシック" w:hAnsi="ＭＳ ゴシック"/>
          <w:lang w:eastAsia="ja-JP"/>
        </w:rPr>
      </w:pPr>
    </w:p>
    <w:p w14:paraId="61515C3E" w14:textId="77777777" w:rsidR="00514130" w:rsidRPr="001179BD" w:rsidRDefault="00510577" w:rsidP="00234EE6">
      <w:pPr>
        <w:spacing w:line="240" w:lineRule="auto"/>
        <w:rPr>
          <w:rFonts w:ascii="ＭＳ ゴシック" w:eastAsia="ＭＳ ゴシック" w:hAnsi="ＭＳ ゴシック"/>
          <w:lang w:eastAsia="ja-JP"/>
        </w:rPr>
      </w:pPr>
      <w:r w:rsidRPr="001179BD">
        <w:rPr>
          <w:rFonts w:ascii="ＭＳ ゴシック" w:eastAsia="ＭＳ ゴシック" w:hAnsi="ＭＳ ゴシック"/>
          <w:b/>
          <w:sz w:val="24"/>
          <w:lang w:eastAsia="ja-JP"/>
        </w:rPr>
        <w:t>２　提出物</w:t>
      </w:r>
    </w:p>
    <w:p w14:paraId="7E13719A" w14:textId="77777777" w:rsidR="00BF5BCA" w:rsidRPr="00BF5BCA" w:rsidRDefault="00BF5BCA" w:rsidP="00BF5BCA">
      <w:pPr>
        <w:spacing w:after="40"/>
        <w:rPr>
          <w:rFonts w:ascii="ＭＳ ゴシック" w:eastAsia="ＭＳ ゴシック" w:hAnsi="ＭＳ ゴシック"/>
          <w:lang w:eastAsia="ja-JP"/>
        </w:rPr>
      </w:pPr>
      <w:r w:rsidRPr="00BF5BCA">
        <w:rPr>
          <w:rFonts w:ascii="ＭＳ ゴシック" w:eastAsia="ＭＳ ゴシック" w:hAnsi="ＭＳ ゴシック" w:hint="eastAsia"/>
          <w:lang w:eastAsia="ja-JP"/>
        </w:rPr>
        <w:t>下記２パターンを</w:t>
      </w:r>
      <w:r w:rsidRPr="00BF5BCA">
        <w:rPr>
          <w:rFonts w:ascii="ＭＳ ゴシック" w:eastAsia="ＭＳ ゴシック" w:hAnsi="ＭＳ ゴシック"/>
          <w:lang w:eastAsia="ja-JP"/>
        </w:rPr>
        <w:t>A３判１頁でそれぞれ提出。</w:t>
      </w:r>
    </w:p>
    <w:p w14:paraId="4AFA17B5" w14:textId="6167189D" w:rsidR="00BF5BCA" w:rsidRPr="00F23BA2" w:rsidRDefault="00BF5BCA" w:rsidP="00F23BA2">
      <w:pPr>
        <w:pStyle w:val="ae"/>
        <w:numPr>
          <w:ilvl w:val="0"/>
          <w:numId w:val="10"/>
        </w:numPr>
        <w:spacing w:after="40"/>
        <w:rPr>
          <w:rFonts w:ascii="ＭＳ ゴシック" w:eastAsia="ＭＳ ゴシック" w:hAnsi="ＭＳ ゴシック"/>
          <w:lang w:eastAsia="ja-JP"/>
        </w:rPr>
      </w:pPr>
      <w:r w:rsidRPr="00F23BA2">
        <w:rPr>
          <w:rFonts w:ascii="ＭＳ ゴシック" w:eastAsia="ＭＳ ゴシック" w:hAnsi="ＭＳ ゴシック"/>
          <w:lang w:eastAsia="ja-JP"/>
        </w:rPr>
        <w:t>A３判左半分にポスターデザイン案を記載し、右半分に</w:t>
      </w:r>
      <w:r w:rsidR="00E2637F" w:rsidRPr="00F23BA2">
        <w:rPr>
          <w:rFonts w:ascii="ＭＳ ゴシック" w:eastAsia="ＭＳ ゴシック" w:hAnsi="ＭＳ ゴシック" w:hint="eastAsia"/>
          <w:lang w:eastAsia="ja-JP"/>
        </w:rPr>
        <w:t>制作</w:t>
      </w:r>
      <w:r w:rsidR="00E2637F">
        <w:rPr>
          <w:rFonts w:ascii="ＭＳ ゴシック" w:eastAsia="ＭＳ ゴシック" w:hAnsi="ＭＳ ゴシック" w:hint="eastAsia"/>
          <w:lang w:eastAsia="ja-JP"/>
        </w:rPr>
        <w:t>意図やデザイン説明</w:t>
      </w:r>
      <w:r w:rsidRPr="00F23BA2">
        <w:rPr>
          <w:rFonts w:ascii="ＭＳ ゴシック" w:eastAsia="ＭＳ ゴシック" w:hAnsi="ＭＳ ゴシック"/>
          <w:lang w:eastAsia="ja-JP"/>
        </w:rPr>
        <w:t>を記載すること。</w:t>
      </w:r>
    </w:p>
    <w:p w14:paraId="776C50D8" w14:textId="4046E4F9" w:rsidR="00BF5BCA" w:rsidRPr="00BF5BCA" w:rsidRDefault="00BF5BCA" w:rsidP="00BF5BCA">
      <w:pPr>
        <w:spacing w:after="40"/>
        <w:rPr>
          <w:rFonts w:ascii="ＭＳ ゴシック" w:eastAsia="ＭＳ ゴシック" w:hAnsi="ＭＳ ゴシック"/>
          <w:lang w:eastAsia="ja-JP"/>
        </w:rPr>
      </w:pPr>
      <w:r w:rsidRPr="00BF5BCA">
        <w:rPr>
          <w:rFonts w:ascii="ＭＳ ゴシック" w:eastAsia="ＭＳ ゴシック" w:hAnsi="ＭＳ ゴシック" w:hint="eastAsia"/>
          <w:lang w:eastAsia="ja-JP"/>
        </w:rPr>
        <w:t>②</w:t>
      </w:r>
      <w:r w:rsidRPr="00BF5BCA">
        <w:rPr>
          <w:rFonts w:ascii="ＭＳ ゴシック" w:eastAsia="ＭＳ ゴシック" w:hAnsi="ＭＳ ゴシック"/>
          <w:lang w:eastAsia="ja-JP"/>
        </w:rPr>
        <w:t>A３判全面にポスターデザイン案を記載すること。</w:t>
      </w:r>
    </w:p>
    <w:p w14:paraId="1166635C" w14:textId="77777777" w:rsidR="00BF5BCA" w:rsidRPr="00BF5BCA" w:rsidRDefault="00BF5BCA" w:rsidP="00BF5BCA">
      <w:pPr>
        <w:spacing w:after="40"/>
        <w:rPr>
          <w:rFonts w:ascii="ＭＳ ゴシック" w:eastAsia="ＭＳ ゴシック" w:hAnsi="ＭＳ ゴシック"/>
          <w:lang w:eastAsia="ja-JP"/>
        </w:rPr>
      </w:pPr>
      <w:r w:rsidRPr="00BF5BCA">
        <w:rPr>
          <w:rFonts w:ascii="ＭＳ ゴシック" w:eastAsia="ＭＳ ゴシック" w:hAnsi="ＭＳ ゴシック" w:hint="eastAsia"/>
          <w:lang w:eastAsia="ja-JP"/>
        </w:rPr>
        <w:t>【制作にあたっての注意点】</w:t>
      </w:r>
    </w:p>
    <w:p w14:paraId="1FFE81B0" w14:textId="494E7EC4" w:rsidR="00BF5BCA" w:rsidRPr="00BF5BCA" w:rsidRDefault="00BF5BCA" w:rsidP="00BF5BCA">
      <w:pPr>
        <w:spacing w:after="40"/>
        <w:rPr>
          <w:rFonts w:ascii="ＭＳ ゴシック" w:eastAsia="ＭＳ ゴシック" w:hAnsi="ＭＳ ゴシック"/>
          <w:lang w:eastAsia="ja-JP"/>
        </w:rPr>
      </w:pPr>
      <w:r w:rsidRPr="00BF5BCA">
        <w:rPr>
          <w:rFonts w:ascii="ＭＳ ゴシック" w:eastAsia="ＭＳ ゴシック" w:hAnsi="ＭＳ ゴシック" w:hint="eastAsia"/>
          <w:lang w:eastAsia="ja-JP"/>
        </w:rPr>
        <w:t>①今回選定されたデザイ</w:t>
      </w:r>
      <w:r w:rsidR="001A390C">
        <w:rPr>
          <w:rFonts w:ascii="ＭＳ ゴシック" w:eastAsia="ＭＳ ゴシック" w:hAnsi="ＭＳ ゴシック" w:hint="eastAsia"/>
          <w:lang w:eastAsia="ja-JP"/>
        </w:rPr>
        <w:t>ナー</w:t>
      </w:r>
      <w:r w:rsidRPr="00BF5BCA">
        <w:rPr>
          <w:rFonts w:ascii="ＭＳ ゴシック" w:eastAsia="ＭＳ ゴシック" w:hAnsi="ＭＳ ゴシック" w:hint="eastAsia"/>
          <w:lang w:eastAsia="ja-JP"/>
        </w:rPr>
        <w:t>に、とくしまマラソン２０２</w:t>
      </w:r>
      <w:r w:rsidR="001A390C">
        <w:rPr>
          <w:rFonts w:ascii="ＭＳ ゴシック" w:eastAsia="ＭＳ ゴシック" w:hAnsi="ＭＳ ゴシック" w:hint="eastAsia"/>
          <w:lang w:eastAsia="ja-JP"/>
        </w:rPr>
        <w:t>７</w:t>
      </w:r>
      <w:r w:rsidRPr="00BF5BCA">
        <w:rPr>
          <w:rFonts w:ascii="ＭＳ ゴシック" w:eastAsia="ＭＳ ゴシック" w:hAnsi="ＭＳ ゴシック" w:hint="eastAsia"/>
          <w:lang w:eastAsia="ja-JP"/>
        </w:rPr>
        <w:t>のデザイン一式の制作を委託する</w:t>
      </w:r>
      <w:r w:rsidR="001A390C">
        <w:rPr>
          <w:rFonts w:ascii="ＭＳ ゴシック" w:eastAsia="ＭＳ ゴシック" w:hAnsi="ＭＳ ゴシック" w:hint="eastAsia"/>
          <w:lang w:eastAsia="ja-JP"/>
        </w:rPr>
        <w:t>予定</w:t>
      </w:r>
      <w:r w:rsidRPr="00BF5BCA">
        <w:rPr>
          <w:rFonts w:ascii="ＭＳ ゴシック" w:eastAsia="ＭＳ ゴシック" w:hAnsi="ＭＳ ゴシック" w:hint="eastAsia"/>
          <w:lang w:eastAsia="ja-JP"/>
        </w:rPr>
        <w:t>。</w:t>
      </w:r>
    </w:p>
    <w:p w14:paraId="01C1F86F" w14:textId="546AF342" w:rsidR="00BF5BCA" w:rsidRPr="00BF5BCA" w:rsidRDefault="00BF5BCA" w:rsidP="00BF5BCA">
      <w:pPr>
        <w:spacing w:after="40"/>
        <w:rPr>
          <w:rFonts w:ascii="ＭＳ ゴシック" w:eastAsia="ＭＳ ゴシック" w:hAnsi="ＭＳ ゴシック"/>
          <w:lang w:eastAsia="ja-JP"/>
        </w:rPr>
      </w:pPr>
      <w:r w:rsidRPr="00BF5BCA">
        <w:rPr>
          <w:rFonts w:ascii="ＭＳ ゴシック" w:eastAsia="ＭＳ ゴシック" w:hAnsi="ＭＳ ゴシック" w:hint="eastAsia"/>
          <w:lang w:eastAsia="ja-JP"/>
        </w:rPr>
        <w:t>②別紙１「とくしまマラソン２０２</w:t>
      </w:r>
      <w:r w:rsidR="001A390C">
        <w:rPr>
          <w:rFonts w:ascii="ＭＳ ゴシック" w:eastAsia="ＭＳ ゴシック" w:hAnsi="ＭＳ ゴシック" w:hint="eastAsia"/>
          <w:lang w:eastAsia="ja-JP"/>
        </w:rPr>
        <w:t>７</w:t>
      </w:r>
      <w:r w:rsidRPr="00BF5BCA">
        <w:rPr>
          <w:rFonts w:ascii="ＭＳ ゴシック" w:eastAsia="ＭＳ ゴシック" w:hAnsi="ＭＳ ゴシック" w:hint="eastAsia"/>
          <w:lang w:eastAsia="ja-JP"/>
        </w:rPr>
        <w:t xml:space="preserve">広報イメージ」を参照すること。　　　</w:t>
      </w:r>
    </w:p>
    <w:p w14:paraId="09647658" w14:textId="3D4C2974" w:rsidR="00BF5BCA" w:rsidRPr="00BF5BCA" w:rsidRDefault="00BF5BCA" w:rsidP="00BF5BCA">
      <w:pPr>
        <w:spacing w:after="40"/>
        <w:rPr>
          <w:rFonts w:ascii="ＭＳ ゴシック" w:eastAsia="ＭＳ ゴシック" w:hAnsi="ＭＳ ゴシック"/>
          <w:lang w:eastAsia="ja-JP"/>
        </w:rPr>
      </w:pPr>
      <w:r w:rsidRPr="00BF5BCA">
        <w:rPr>
          <w:rFonts w:ascii="ＭＳ ゴシック" w:eastAsia="ＭＳ ゴシック" w:hAnsi="ＭＳ ゴシック" w:hint="eastAsia"/>
          <w:lang w:eastAsia="ja-JP"/>
        </w:rPr>
        <w:t>③デザイン案は、自身のオリジナルで国内外未発表のものに限ります。</w:t>
      </w:r>
    </w:p>
    <w:p w14:paraId="6E1CD467" w14:textId="125B5CD6" w:rsidR="00BF5BCA" w:rsidRPr="00BF5BCA" w:rsidRDefault="00BF5BCA" w:rsidP="00BF5BCA">
      <w:pPr>
        <w:spacing w:after="40"/>
        <w:rPr>
          <w:rFonts w:ascii="ＭＳ ゴシック" w:eastAsia="ＭＳ ゴシック" w:hAnsi="ＭＳ ゴシック"/>
          <w:lang w:eastAsia="ja-JP"/>
        </w:rPr>
      </w:pPr>
      <w:r w:rsidRPr="00BF5BCA">
        <w:rPr>
          <w:rFonts w:ascii="ＭＳ ゴシック" w:eastAsia="ＭＳ ゴシック" w:hAnsi="ＭＳ ゴシック" w:hint="eastAsia"/>
          <w:lang w:eastAsia="ja-JP"/>
        </w:rPr>
        <w:t>【ポスターデザイン案制作にあたっての補足】</w:t>
      </w:r>
    </w:p>
    <w:p w14:paraId="630D5A5C" w14:textId="77777777" w:rsidR="00BF5BCA" w:rsidRPr="00BF5BCA" w:rsidRDefault="00BF5BCA" w:rsidP="00BF5BCA">
      <w:pPr>
        <w:spacing w:after="40"/>
        <w:rPr>
          <w:rFonts w:ascii="ＭＳ ゴシック" w:eastAsia="ＭＳ ゴシック" w:hAnsi="ＭＳ ゴシック"/>
          <w:lang w:eastAsia="ja-JP"/>
        </w:rPr>
      </w:pPr>
      <w:r w:rsidRPr="00BF5BCA">
        <w:rPr>
          <w:rFonts w:ascii="ＭＳ ゴシック" w:eastAsia="ＭＳ ゴシック" w:hAnsi="ＭＳ ゴシック" w:hint="eastAsia"/>
          <w:lang w:eastAsia="ja-JP"/>
        </w:rPr>
        <w:t>①提出形態はデータ納品のみとする。</w:t>
      </w:r>
    </w:p>
    <w:p w14:paraId="12505C28" w14:textId="77777777" w:rsidR="00BF5BCA" w:rsidRPr="00BF5BCA" w:rsidRDefault="00BF5BCA" w:rsidP="00BF5BCA">
      <w:pPr>
        <w:spacing w:after="40"/>
        <w:rPr>
          <w:rFonts w:ascii="ＭＳ ゴシック" w:eastAsia="ＭＳ ゴシック" w:hAnsi="ＭＳ ゴシック"/>
          <w:lang w:eastAsia="ja-JP"/>
        </w:rPr>
      </w:pPr>
      <w:r w:rsidRPr="00BF5BCA">
        <w:rPr>
          <w:rFonts w:ascii="ＭＳ ゴシック" w:eastAsia="ＭＳ ゴシック" w:hAnsi="ＭＳ ゴシック" w:hint="eastAsia"/>
          <w:lang w:eastAsia="ja-JP"/>
        </w:rPr>
        <w:t>②業者選定後、制作依頼するポスターデザインは</w:t>
      </w:r>
      <w:r w:rsidRPr="00BF5BCA">
        <w:rPr>
          <w:rFonts w:ascii="ＭＳ ゴシック" w:eastAsia="ＭＳ ゴシック" w:hAnsi="ＭＳ ゴシック"/>
          <w:lang w:eastAsia="ja-JP"/>
        </w:rPr>
        <w:t>B２判の予定。</w:t>
      </w:r>
    </w:p>
    <w:p w14:paraId="47BBE14E" w14:textId="4B555C46" w:rsidR="000F760C" w:rsidRDefault="006735A6" w:rsidP="00BF5BCA">
      <w:pPr>
        <w:spacing w:after="40"/>
        <w:rPr>
          <w:rFonts w:ascii="ＭＳ ゴシック" w:eastAsia="ＭＳ ゴシック" w:hAnsi="ＭＳ ゴシック"/>
          <w:lang w:eastAsia="ja-JP"/>
        </w:rPr>
      </w:pPr>
      <w:r>
        <w:rPr>
          <w:rFonts w:ascii="ＭＳ ゴシック" w:eastAsia="ＭＳ ゴシック" w:hAnsi="ＭＳ ゴシック" w:hint="eastAsia"/>
          <w:lang w:eastAsia="ja-JP"/>
        </w:rPr>
        <w:t>③</w:t>
      </w:r>
      <w:r w:rsidR="00BF5BCA" w:rsidRPr="00BF5BCA">
        <w:rPr>
          <w:rFonts w:ascii="ＭＳ ゴシック" w:eastAsia="ＭＳ ゴシック" w:hAnsi="ＭＳ ゴシック" w:hint="eastAsia"/>
          <w:lang w:eastAsia="ja-JP"/>
        </w:rPr>
        <w:t>キャッチコピー以外の必須文字情報は別紙</w:t>
      </w:r>
      <w:r>
        <w:rPr>
          <w:rFonts w:ascii="ＭＳ ゴシック" w:eastAsia="ＭＳ ゴシック" w:hAnsi="ＭＳ ゴシック" w:hint="eastAsia"/>
          <w:lang w:eastAsia="ja-JP"/>
        </w:rPr>
        <w:t>２</w:t>
      </w:r>
      <w:r w:rsidR="00BF5BCA" w:rsidRPr="00BF5BCA">
        <w:rPr>
          <w:rFonts w:ascii="ＭＳ ゴシック" w:eastAsia="ＭＳ ゴシック" w:hAnsi="ＭＳ ゴシック" w:hint="eastAsia"/>
          <w:lang w:eastAsia="ja-JP"/>
        </w:rPr>
        <w:t>「ポスターデザイン案イメージ文字情報」を参照すること。</w:t>
      </w:r>
    </w:p>
    <w:p w14:paraId="0A10D647" w14:textId="77777777" w:rsidR="006735A6" w:rsidRPr="006735A6" w:rsidRDefault="006735A6" w:rsidP="00BF5BCA">
      <w:pPr>
        <w:spacing w:after="40"/>
        <w:rPr>
          <w:rFonts w:ascii="ＭＳ ゴシック" w:eastAsia="ＭＳ ゴシック" w:hAnsi="ＭＳ ゴシック"/>
          <w:lang w:eastAsia="ja-JP"/>
        </w:rPr>
      </w:pPr>
    </w:p>
    <w:p w14:paraId="6290564A" w14:textId="637A2228" w:rsidR="0024345D" w:rsidRPr="001179BD" w:rsidRDefault="0024345D" w:rsidP="00234EE6">
      <w:pPr>
        <w:spacing w:line="240" w:lineRule="auto"/>
        <w:rPr>
          <w:rFonts w:ascii="ＭＳ ゴシック" w:eastAsia="ＭＳ ゴシック" w:hAnsi="ＭＳ ゴシック"/>
          <w:lang w:eastAsia="ja-JP"/>
        </w:rPr>
      </w:pPr>
      <w:r w:rsidRPr="001179BD">
        <w:rPr>
          <w:rFonts w:ascii="ＭＳ ゴシック" w:eastAsia="ＭＳ ゴシック" w:hAnsi="ＭＳ ゴシック" w:hint="eastAsia"/>
          <w:b/>
          <w:sz w:val="24"/>
          <w:lang w:eastAsia="ja-JP"/>
        </w:rPr>
        <w:t>３</w:t>
      </w:r>
      <w:r w:rsidRPr="001179BD">
        <w:rPr>
          <w:rFonts w:ascii="ＭＳ ゴシック" w:eastAsia="ＭＳ ゴシック" w:hAnsi="ＭＳ ゴシック"/>
          <w:b/>
          <w:sz w:val="24"/>
          <w:lang w:eastAsia="ja-JP"/>
        </w:rPr>
        <w:t xml:space="preserve">　</w:t>
      </w:r>
      <w:r w:rsidRPr="001179BD">
        <w:rPr>
          <w:rFonts w:ascii="ＭＳ ゴシック" w:eastAsia="ＭＳ ゴシック" w:hAnsi="ＭＳ ゴシック" w:hint="eastAsia"/>
          <w:b/>
          <w:sz w:val="24"/>
          <w:lang w:eastAsia="ja-JP"/>
        </w:rPr>
        <w:t>デザイン要件</w:t>
      </w:r>
    </w:p>
    <w:p w14:paraId="203F2C6B" w14:textId="5967A182" w:rsidR="0024345D" w:rsidRPr="001179BD" w:rsidRDefault="0024345D" w:rsidP="0024345D">
      <w:pPr>
        <w:spacing w:after="40"/>
        <w:rPr>
          <w:rFonts w:ascii="ＭＳ ゴシック" w:eastAsia="ＭＳ ゴシック" w:hAnsi="ＭＳ ゴシック"/>
          <w:lang w:eastAsia="ja-JP"/>
        </w:rPr>
      </w:pPr>
      <w:r w:rsidRPr="001179BD">
        <w:rPr>
          <w:rFonts w:ascii="ＭＳ ゴシック" w:eastAsia="ＭＳ ゴシック" w:hAnsi="ＭＳ ゴシック" w:hint="eastAsia"/>
          <w:lang w:eastAsia="ja-JP"/>
        </w:rPr>
        <w:t>3</w:t>
      </w:r>
      <w:r w:rsidRPr="001179BD">
        <w:rPr>
          <w:rFonts w:ascii="ＭＳ ゴシック" w:eastAsia="ＭＳ ゴシック" w:hAnsi="ＭＳ ゴシック"/>
          <w:lang w:eastAsia="ja-JP"/>
        </w:rPr>
        <w:t>-1．共通要件</w:t>
      </w:r>
    </w:p>
    <w:p w14:paraId="3297BF04" w14:textId="6897FA46" w:rsidR="0024345D" w:rsidRPr="001179BD" w:rsidRDefault="0024345D" w:rsidP="0024345D">
      <w:pPr>
        <w:spacing w:after="40"/>
        <w:rPr>
          <w:rFonts w:ascii="ＭＳ ゴシック" w:eastAsia="ＭＳ ゴシック" w:hAnsi="ＭＳ ゴシック"/>
          <w:lang w:eastAsia="ja-JP"/>
        </w:rPr>
      </w:pPr>
      <w:r w:rsidRPr="001179BD">
        <w:rPr>
          <w:rFonts w:ascii="ＭＳ ゴシック" w:eastAsia="ＭＳ ゴシック" w:hAnsi="ＭＳ ゴシック" w:hint="eastAsia"/>
          <w:lang w:eastAsia="ja-JP"/>
        </w:rPr>
        <w:t>•</w:t>
      </w:r>
      <w:r w:rsidRPr="001179BD">
        <w:rPr>
          <w:rFonts w:ascii="ＭＳ ゴシック" w:eastAsia="ＭＳ ゴシック" w:hAnsi="ＭＳ ゴシック"/>
          <w:lang w:eastAsia="ja-JP"/>
        </w:rPr>
        <w:t xml:space="preserve"> </w:t>
      </w:r>
      <w:r w:rsidR="000F760C" w:rsidRPr="001179BD">
        <w:rPr>
          <w:rFonts w:ascii="ＭＳ ゴシック" w:eastAsia="ＭＳ ゴシック" w:hAnsi="ＭＳ ゴシック" w:hint="eastAsia"/>
          <w:lang w:eastAsia="ja-JP"/>
        </w:rPr>
        <w:t>応募者自身の</w:t>
      </w:r>
      <w:r w:rsidRPr="001179BD">
        <w:rPr>
          <w:rFonts w:ascii="ＭＳ ゴシック" w:eastAsia="ＭＳ ゴシック" w:hAnsi="ＭＳ ゴシック"/>
          <w:lang w:eastAsia="ja-JP"/>
        </w:rPr>
        <w:t>オリジナル作品であり、</w:t>
      </w:r>
      <w:r w:rsidR="000F760C" w:rsidRPr="001179BD">
        <w:rPr>
          <w:rFonts w:ascii="ＭＳ ゴシック" w:eastAsia="ＭＳ ゴシック" w:hAnsi="ＭＳ ゴシック" w:hint="eastAsia"/>
          <w:lang w:eastAsia="ja-JP"/>
        </w:rPr>
        <w:t>国内外</w:t>
      </w:r>
      <w:r w:rsidRPr="001179BD">
        <w:rPr>
          <w:rFonts w:ascii="ＭＳ ゴシック" w:eastAsia="ＭＳ ゴシック" w:hAnsi="ＭＳ ゴシック"/>
          <w:lang w:eastAsia="ja-JP"/>
        </w:rPr>
        <w:t>未発表のもの</w:t>
      </w:r>
    </w:p>
    <w:p w14:paraId="0287D47F" w14:textId="77777777" w:rsidR="0024345D" w:rsidRPr="001179BD" w:rsidRDefault="0024345D" w:rsidP="0024345D">
      <w:pPr>
        <w:spacing w:after="40"/>
        <w:rPr>
          <w:rFonts w:ascii="ＭＳ ゴシック" w:eastAsia="ＭＳ ゴシック" w:hAnsi="ＭＳ ゴシック"/>
          <w:lang w:eastAsia="ja-JP"/>
        </w:rPr>
      </w:pPr>
      <w:r w:rsidRPr="001179BD">
        <w:rPr>
          <w:rFonts w:ascii="ＭＳ ゴシック" w:eastAsia="ＭＳ ゴシック" w:hAnsi="ＭＳ ゴシック" w:hint="eastAsia"/>
          <w:lang w:eastAsia="ja-JP"/>
        </w:rPr>
        <w:t>•</w:t>
      </w:r>
      <w:r w:rsidRPr="001179BD">
        <w:rPr>
          <w:rFonts w:ascii="ＭＳ ゴシック" w:eastAsia="ＭＳ ゴシック" w:hAnsi="ＭＳ ゴシック"/>
          <w:lang w:eastAsia="ja-JP"/>
        </w:rPr>
        <w:t xml:space="preserve"> 第三者の著作権・商標権等を侵害しないこと</w:t>
      </w:r>
    </w:p>
    <w:p w14:paraId="2FEFD006" w14:textId="77777777" w:rsidR="0024345D" w:rsidRPr="001179BD" w:rsidRDefault="0024345D" w:rsidP="0024345D">
      <w:pPr>
        <w:spacing w:after="40"/>
        <w:rPr>
          <w:rFonts w:ascii="ＭＳ ゴシック" w:eastAsia="ＭＳ ゴシック" w:hAnsi="ＭＳ ゴシック"/>
          <w:lang w:eastAsia="ja-JP"/>
        </w:rPr>
      </w:pPr>
      <w:r w:rsidRPr="001179BD">
        <w:rPr>
          <w:rFonts w:ascii="ＭＳ ゴシック" w:eastAsia="ＭＳ ゴシック" w:hAnsi="ＭＳ ゴシック" w:hint="eastAsia"/>
          <w:lang w:eastAsia="ja-JP"/>
        </w:rPr>
        <w:t>•</w:t>
      </w:r>
      <w:r w:rsidRPr="001179BD">
        <w:rPr>
          <w:rFonts w:ascii="ＭＳ ゴシック" w:eastAsia="ＭＳ ゴシック" w:hAnsi="ＭＳ ゴシック"/>
          <w:lang w:eastAsia="ja-JP"/>
        </w:rPr>
        <w:t xml:space="preserve"> 政治・宗教・特定企業の宣伝等に該当しないこと</w:t>
      </w:r>
    </w:p>
    <w:p w14:paraId="1E0C3F64" w14:textId="77777777" w:rsidR="0024345D" w:rsidRPr="001179BD" w:rsidRDefault="0024345D" w:rsidP="0024345D">
      <w:pPr>
        <w:spacing w:after="40"/>
        <w:rPr>
          <w:rFonts w:ascii="ＭＳ ゴシック" w:eastAsia="ＭＳ ゴシック" w:hAnsi="ＭＳ ゴシック"/>
          <w:lang w:eastAsia="ja-JP"/>
        </w:rPr>
      </w:pPr>
      <w:r w:rsidRPr="001179BD">
        <w:rPr>
          <w:rFonts w:ascii="ＭＳ ゴシック" w:eastAsia="ＭＳ ゴシック" w:hAnsi="ＭＳ ゴシック" w:hint="eastAsia"/>
          <w:lang w:eastAsia="ja-JP"/>
        </w:rPr>
        <w:t>•</w:t>
      </w:r>
      <w:r w:rsidRPr="001179BD">
        <w:rPr>
          <w:rFonts w:ascii="ＭＳ ゴシック" w:eastAsia="ＭＳ ゴシック" w:hAnsi="ＭＳ ゴシック"/>
          <w:lang w:eastAsia="ja-JP"/>
        </w:rPr>
        <w:t xml:space="preserve"> 採用後、印刷物／WEB／映像／グッズ等に展開しやすい設計であること</w:t>
      </w:r>
    </w:p>
    <w:p w14:paraId="64038C96" w14:textId="2F733462" w:rsidR="00514130" w:rsidRDefault="0024345D" w:rsidP="0024345D">
      <w:pPr>
        <w:spacing w:after="40"/>
        <w:rPr>
          <w:rFonts w:ascii="ＭＳ ゴシック" w:eastAsia="ＭＳ ゴシック" w:hAnsi="ＭＳ ゴシック"/>
          <w:lang w:eastAsia="ja-JP"/>
        </w:rPr>
      </w:pPr>
      <w:r w:rsidRPr="001179BD">
        <w:rPr>
          <w:rFonts w:ascii="ＭＳ ゴシック" w:eastAsia="ＭＳ ゴシック" w:hAnsi="ＭＳ ゴシック" w:hint="eastAsia"/>
          <w:lang w:eastAsia="ja-JP"/>
        </w:rPr>
        <w:t>•</w:t>
      </w:r>
      <w:r w:rsidRPr="001179BD">
        <w:rPr>
          <w:rFonts w:ascii="ＭＳ ゴシック" w:eastAsia="ＭＳ ゴシック" w:hAnsi="ＭＳ ゴシック"/>
          <w:lang w:eastAsia="ja-JP"/>
        </w:rPr>
        <w:t xml:space="preserve"> 生成AI（自動生成ツール）を主制作に用いた作品の応募は不可</w:t>
      </w:r>
    </w:p>
    <w:p w14:paraId="0AFA8681" w14:textId="77777777" w:rsidR="001622F8" w:rsidRPr="001179BD" w:rsidRDefault="001622F8" w:rsidP="0024345D">
      <w:pPr>
        <w:spacing w:after="40"/>
        <w:rPr>
          <w:rFonts w:ascii="ＭＳ ゴシック" w:eastAsia="ＭＳ ゴシック" w:hAnsi="ＭＳ ゴシック"/>
          <w:lang w:eastAsia="ja-JP"/>
        </w:rPr>
      </w:pPr>
    </w:p>
    <w:p w14:paraId="56F2A9C7" w14:textId="5980DD2E" w:rsidR="0024345D" w:rsidRPr="001179BD" w:rsidRDefault="0024345D" w:rsidP="0024345D">
      <w:pPr>
        <w:spacing w:after="40"/>
        <w:rPr>
          <w:rFonts w:ascii="ＭＳ ゴシック" w:eastAsia="ＭＳ ゴシック" w:hAnsi="ＭＳ ゴシック"/>
          <w:lang w:eastAsia="ja-JP"/>
        </w:rPr>
      </w:pPr>
      <w:r w:rsidRPr="001179BD">
        <w:rPr>
          <w:rFonts w:ascii="ＭＳ ゴシック" w:eastAsia="ＭＳ ゴシック" w:hAnsi="ＭＳ ゴシック" w:hint="eastAsia"/>
          <w:lang w:eastAsia="ja-JP"/>
        </w:rPr>
        <w:t>3-2</w:t>
      </w:r>
      <w:r w:rsidRPr="001179BD">
        <w:rPr>
          <w:rFonts w:ascii="ＭＳ ゴシック" w:eastAsia="ＭＳ ゴシック" w:hAnsi="ＭＳ ゴシック"/>
          <w:lang w:eastAsia="ja-JP"/>
        </w:rPr>
        <w:t>．ビジュアル要件</w:t>
      </w:r>
    </w:p>
    <w:p w14:paraId="36682237" w14:textId="77777777" w:rsidR="0024345D" w:rsidRPr="001179BD" w:rsidRDefault="0024345D" w:rsidP="0024345D">
      <w:pPr>
        <w:spacing w:after="40"/>
        <w:rPr>
          <w:rFonts w:ascii="ＭＳ ゴシック" w:eastAsia="ＭＳ ゴシック" w:hAnsi="ＭＳ ゴシック"/>
          <w:lang w:eastAsia="ja-JP"/>
        </w:rPr>
      </w:pPr>
      <w:r w:rsidRPr="001179BD">
        <w:rPr>
          <w:rFonts w:ascii="ＭＳ ゴシック" w:eastAsia="ＭＳ ゴシック" w:hAnsi="ＭＳ ゴシック" w:hint="eastAsia"/>
          <w:lang w:eastAsia="ja-JP"/>
        </w:rPr>
        <w:t>•</w:t>
      </w:r>
      <w:r w:rsidRPr="001179BD">
        <w:rPr>
          <w:rFonts w:ascii="ＭＳ ゴシック" w:eastAsia="ＭＳ ゴシック" w:hAnsi="ＭＳ ゴシック"/>
          <w:lang w:eastAsia="ja-JP"/>
        </w:rPr>
        <w:t xml:space="preserve"> 2027大会の「リニューアル感」が伝わること</w:t>
      </w:r>
    </w:p>
    <w:p w14:paraId="53F57989" w14:textId="77777777" w:rsidR="0024345D" w:rsidRPr="001179BD" w:rsidRDefault="0024345D" w:rsidP="0024345D">
      <w:pPr>
        <w:spacing w:after="40"/>
        <w:rPr>
          <w:rFonts w:ascii="ＭＳ ゴシック" w:eastAsia="ＭＳ ゴシック" w:hAnsi="ＭＳ ゴシック"/>
          <w:lang w:eastAsia="ja-JP"/>
        </w:rPr>
      </w:pPr>
      <w:r w:rsidRPr="001179BD">
        <w:rPr>
          <w:rFonts w:ascii="ＭＳ ゴシック" w:eastAsia="ＭＳ ゴシック" w:hAnsi="ＭＳ ゴシック" w:hint="eastAsia"/>
          <w:lang w:eastAsia="ja-JP"/>
        </w:rPr>
        <w:t>•</w:t>
      </w:r>
      <w:r w:rsidRPr="001179BD">
        <w:rPr>
          <w:rFonts w:ascii="ＭＳ ゴシック" w:eastAsia="ＭＳ ゴシック" w:hAnsi="ＭＳ ゴシック"/>
          <w:lang w:eastAsia="ja-JP"/>
        </w:rPr>
        <w:t xml:space="preserve"> 徳島の魅力（街・川・橋・応援・スタジアムフィニッシュ等）を想起できること</w:t>
      </w:r>
    </w:p>
    <w:p w14:paraId="181C2B87" w14:textId="1D19DAE6" w:rsidR="0024345D" w:rsidRDefault="0024345D" w:rsidP="0024345D">
      <w:pPr>
        <w:spacing w:after="40"/>
        <w:rPr>
          <w:rFonts w:ascii="ＭＳ ゴシック" w:eastAsia="ＭＳ ゴシック" w:hAnsi="ＭＳ ゴシック"/>
          <w:lang w:eastAsia="ja-JP"/>
        </w:rPr>
      </w:pPr>
      <w:r w:rsidRPr="001179BD">
        <w:rPr>
          <w:rFonts w:ascii="ＭＳ ゴシック" w:eastAsia="ＭＳ ゴシック" w:hAnsi="ＭＳ ゴシック" w:hint="eastAsia"/>
          <w:lang w:eastAsia="ja-JP"/>
        </w:rPr>
        <w:t>•</w:t>
      </w:r>
      <w:r w:rsidRPr="001179BD">
        <w:rPr>
          <w:rFonts w:ascii="ＭＳ ゴシック" w:eastAsia="ＭＳ ゴシック" w:hAnsi="ＭＳ ゴシック"/>
          <w:lang w:eastAsia="ja-JP"/>
        </w:rPr>
        <w:t xml:space="preserve"> 写真／イラストいずれも可（権利処理は応募者責任）</w:t>
      </w:r>
    </w:p>
    <w:p w14:paraId="5FB35B55" w14:textId="6613FD8B" w:rsidR="0024345D" w:rsidRDefault="00F23BA2" w:rsidP="00234EE6">
      <w:pPr>
        <w:spacing w:after="40" w:line="240" w:lineRule="auto"/>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※一部提供可能な過去大会写真があるため必要な方はお問合せください。</w:t>
      </w:r>
    </w:p>
    <w:p w14:paraId="12F40949" w14:textId="77777777" w:rsidR="006C0067" w:rsidRDefault="006C0067" w:rsidP="00234EE6">
      <w:pPr>
        <w:spacing w:after="40" w:line="240" w:lineRule="auto"/>
        <w:rPr>
          <w:rFonts w:ascii="ＭＳ ゴシック" w:eastAsia="ＭＳ ゴシック" w:hAnsi="ＭＳ ゴシック"/>
          <w:lang w:eastAsia="ja-JP"/>
        </w:rPr>
      </w:pPr>
    </w:p>
    <w:p w14:paraId="407618E0" w14:textId="77777777" w:rsidR="006C0067" w:rsidRPr="001179BD" w:rsidRDefault="006C0067" w:rsidP="00234EE6">
      <w:pPr>
        <w:spacing w:after="40" w:line="240" w:lineRule="auto"/>
        <w:rPr>
          <w:rFonts w:ascii="ＭＳ ゴシック" w:eastAsia="ＭＳ ゴシック" w:hAnsi="ＭＳ ゴシック"/>
          <w:lang w:eastAsia="ja-JP"/>
        </w:rPr>
      </w:pPr>
    </w:p>
    <w:p w14:paraId="0F39D937" w14:textId="5C612E00" w:rsidR="00514130" w:rsidRPr="000A5031" w:rsidRDefault="00234EE6" w:rsidP="00234EE6">
      <w:pPr>
        <w:spacing w:line="240" w:lineRule="auto"/>
        <w:rPr>
          <w:rFonts w:ascii="ＭＳ ゴシック" w:eastAsia="ＭＳ ゴシック" w:hAnsi="ＭＳ ゴシック"/>
          <w:lang w:eastAsia="ja-JP"/>
        </w:rPr>
      </w:pPr>
      <w:r w:rsidRPr="000A5031">
        <w:rPr>
          <w:rFonts w:ascii="ＭＳ ゴシック" w:eastAsia="ＭＳ ゴシック" w:hAnsi="ＭＳ ゴシック" w:hint="eastAsia"/>
          <w:b/>
          <w:sz w:val="24"/>
          <w:lang w:eastAsia="ja-JP"/>
        </w:rPr>
        <w:lastRenderedPageBreak/>
        <w:t>４</w:t>
      </w:r>
      <w:r w:rsidR="00510577" w:rsidRPr="000A5031">
        <w:rPr>
          <w:rFonts w:ascii="ＭＳ ゴシック" w:eastAsia="ＭＳ ゴシック" w:hAnsi="ＭＳ ゴシック"/>
          <w:b/>
          <w:sz w:val="24"/>
          <w:lang w:eastAsia="ja-JP"/>
        </w:rPr>
        <w:t xml:space="preserve">　</w:t>
      </w:r>
      <w:r w:rsidRPr="000A5031">
        <w:rPr>
          <w:rFonts w:ascii="ＭＳ ゴシック" w:eastAsia="ＭＳ ゴシック" w:hAnsi="ＭＳ ゴシック" w:hint="eastAsia"/>
          <w:b/>
          <w:sz w:val="24"/>
          <w:lang w:eastAsia="ja-JP"/>
        </w:rPr>
        <w:t>デザイン</w:t>
      </w:r>
      <w:r w:rsidR="00510577" w:rsidRPr="000A5031">
        <w:rPr>
          <w:rFonts w:ascii="ＭＳ ゴシック" w:eastAsia="ＭＳ ゴシック" w:hAnsi="ＭＳ ゴシック"/>
          <w:b/>
          <w:sz w:val="24"/>
          <w:lang w:eastAsia="ja-JP"/>
        </w:rPr>
        <w:t>料</w:t>
      </w:r>
    </w:p>
    <w:p w14:paraId="7317217C" w14:textId="502FFD32" w:rsidR="00514130" w:rsidRPr="001A03D3" w:rsidRDefault="00234EE6">
      <w:pPr>
        <w:spacing w:after="40"/>
        <w:rPr>
          <w:rFonts w:ascii="ＭＳ ゴシック" w:eastAsia="ＭＳ ゴシック" w:hAnsi="ＭＳ ゴシック"/>
          <w:lang w:eastAsia="ja-JP"/>
        </w:rPr>
      </w:pPr>
      <w:r w:rsidRPr="000A5031">
        <w:rPr>
          <w:rFonts w:ascii="ＭＳ ゴシック" w:eastAsia="ＭＳ ゴシック" w:hAnsi="ＭＳ ゴシック" w:hint="eastAsia"/>
          <w:lang w:eastAsia="ja-JP"/>
        </w:rPr>
        <w:t>とくしまマラソン２０２７の実施決定後、主催者と協議のうえ、依頼するデザイン業務に基づき、金額を決定する。</w:t>
      </w:r>
      <w:r w:rsidR="00624A61">
        <w:rPr>
          <w:rFonts w:ascii="ＭＳ ゴシック" w:eastAsia="ＭＳ ゴシック" w:hAnsi="ＭＳ ゴシック"/>
          <w:lang w:eastAsia="ja-JP"/>
        </w:rPr>
        <w:br/>
      </w:r>
      <w:r w:rsidR="00624A61" w:rsidRPr="001A03D3">
        <w:rPr>
          <w:rFonts w:ascii="ＭＳ ゴシック" w:eastAsia="ＭＳ ゴシック" w:hAnsi="ＭＳ ゴシック" w:hint="eastAsia"/>
          <w:lang w:eastAsia="ja-JP"/>
        </w:rPr>
        <w:t>※</w:t>
      </w:r>
      <w:r w:rsidR="00624A61" w:rsidRPr="001A03D3">
        <w:rPr>
          <w:rFonts w:ascii="ＭＳ ゴシック" w:eastAsia="ＭＳ ゴシック" w:hAnsi="ＭＳ ゴシック"/>
          <w:lang w:eastAsia="ja-JP"/>
        </w:rPr>
        <w:t>参考</w:t>
      </w:r>
      <w:r w:rsidR="00624A61" w:rsidRPr="001A03D3">
        <w:rPr>
          <w:rFonts w:ascii="ＭＳ ゴシック" w:eastAsia="ＭＳ ゴシック" w:hAnsi="ＭＳ ゴシック" w:hint="eastAsia"/>
          <w:lang w:eastAsia="ja-JP"/>
        </w:rPr>
        <w:t>:</w:t>
      </w:r>
      <w:r w:rsidR="00624A61" w:rsidRPr="001A03D3">
        <w:rPr>
          <w:rFonts w:ascii="ＭＳ ゴシック" w:eastAsia="ＭＳ ゴシック" w:hAnsi="ＭＳ ゴシック"/>
          <w:lang w:eastAsia="ja-JP"/>
        </w:rPr>
        <w:t>2025大会</w:t>
      </w:r>
      <w:r w:rsidR="00624A61" w:rsidRPr="001A03D3">
        <w:rPr>
          <w:rFonts w:ascii="ＭＳ ゴシック" w:eastAsia="ＭＳ ゴシック" w:hAnsi="ＭＳ ゴシック" w:hint="eastAsia"/>
          <w:lang w:eastAsia="ja-JP"/>
        </w:rPr>
        <w:t>時のデザイン料：</w:t>
      </w:r>
      <w:r w:rsidR="00624A61" w:rsidRPr="001A03D3">
        <w:rPr>
          <w:rFonts w:ascii="ＭＳ ゴシック" w:eastAsia="ＭＳ ゴシック" w:hAnsi="ＭＳ ゴシック"/>
          <w:lang w:eastAsia="ja-JP"/>
        </w:rPr>
        <w:t>600,000円</w:t>
      </w:r>
      <w:r w:rsidR="001A03D3" w:rsidRPr="001A03D3">
        <w:rPr>
          <w:rFonts w:ascii="ＭＳ ゴシック" w:eastAsia="ＭＳ ゴシック" w:hAnsi="ＭＳ ゴシック" w:hint="eastAsia"/>
          <w:lang w:eastAsia="ja-JP"/>
        </w:rPr>
        <w:t>、2026大会時のデザイン</w:t>
      </w:r>
      <w:r w:rsidR="004C7BD6">
        <w:rPr>
          <w:rFonts w:ascii="ＭＳ ゴシック" w:eastAsia="ＭＳ ゴシック" w:hAnsi="ＭＳ ゴシック" w:hint="eastAsia"/>
          <w:lang w:eastAsia="ja-JP"/>
        </w:rPr>
        <w:t>料</w:t>
      </w:r>
      <w:r w:rsidR="001A03D3" w:rsidRPr="001A03D3">
        <w:rPr>
          <w:rFonts w:ascii="ＭＳ ゴシック" w:eastAsia="ＭＳ ゴシック" w:hAnsi="ＭＳ ゴシック" w:hint="eastAsia"/>
          <w:lang w:eastAsia="ja-JP"/>
        </w:rPr>
        <w:t>：800,000円</w:t>
      </w:r>
    </w:p>
    <w:p w14:paraId="31C9CB83" w14:textId="77777777" w:rsidR="0024345D" w:rsidRPr="000A5031" w:rsidRDefault="0024345D" w:rsidP="00234EE6">
      <w:pPr>
        <w:spacing w:line="240" w:lineRule="auto"/>
        <w:rPr>
          <w:rFonts w:ascii="ＭＳ ゴシック" w:eastAsia="ＭＳ ゴシック" w:hAnsi="ＭＳ ゴシック"/>
          <w:b/>
          <w:szCs w:val="21"/>
          <w:lang w:eastAsia="ja-JP"/>
        </w:rPr>
      </w:pPr>
    </w:p>
    <w:p w14:paraId="596C80A4" w14:textId="2E1A7404" w:rsidR="00514130" w:rsidRPr="000A5031" w:rsidRDefault="00234EE6" w:rsidP="00234EE6">
      <w:pPr>
        <w:spacing w:line="240" w:lineRule="auto"/>
        <w:rPr>
          <w:rFonts w:ascii="ＭＳ ゴシック" w:eastAsia="ＭＳ ゴシック" w:hAnsi="ＭＳ ゴシック"/>
          <w:lang w:eastAsia="ja-JP"/>
        </w:rPr>
      </w:pPr>
      <w:r w:rsidRPr="000A5031">
        <w:rPr>
          <w:rFonts w:ascii="ＭＳ ゴシック" w:eastAsia="ＭＳ ゴシック" w:hAnsi="ＭＳ ゴシック" w:hint="eastAsia"/>
          <w:b/>
          <w:sz w:val="24"/>
          <w:lang w:eastAsia="ja-JP"/>
        </w:rPr>
        <w:t>５</w:t>
      </w:r>
      <w:r w:rsidR="00510577" w:rsidRPr="000A5031">
        <w:rPr>
          <w:rFonts w:ascii="ＭＳ ゴシック" w:eastAsia="ＭＳ ゴシック" w:hAnsi="ＭＳ ゴシック"/>
          <w:b/>
          <w:sz w:val="24"/>
          <w:lang w:eastAsia="ja-JP"/>
        </w:rPr>
        <w:t xml:space="preserve">　提出方法</w:t>
      </w:r>
    </w:p>
    <w:p w14:paraId="57296CD1" w14:textId="06677CF4" w:rsidR="00514130" w:rsidRPr="001179BD" w:rsidRDefault="00510577">
      <w:pPr>
        <w:spacing w:after="40"/>
        <w:rPr>
          <w:rFonts w:ascii="ＭＳ ゴシック" w:eastAsia="ＭＳ ゴシック" w:hAnsi="ＭＳ ゴシック"/>
          <w:lang w:eastAsia="ja-JP"/>
        </w:rPr>
      </w:pPr>
      <w:r w:rsidRPr="000A5031">
        <w:rPr>
          <w:rFonts w:ascii="ＭＳ ゴシック" w:eastAsia="ＭＳ ゴシック" w:hAnsi="ＭＳ ゴシック"/>
          <w:lang w:eastAsia="ja-JP"/>
        </w:rPr>
        <w:t>提出物を、とくしまマラソン</w:t>
      </w:r>
      <w:r w:rsidR="00381D55" w:rsidRPr="000A5031">
        <w:rPr>
          <w:rFonts w:ascii="ＭＳ ゴシック" w:eastAsia="ＭＳ ゴシック" w:hAnsi="ＭＳ ゴシック" w:hint="eastAsia"/>
          <w:lang w:eastAsia="ja-JP"/>
        </w:rPr>
        <w:t>ビジュアル</w:t>
      </w:r>
      <w:r w:rsidR="00E10356" w:rsidRPr="000A5031">
        <w:rPr>
          <w:rFonts w:ascii="ＭＳ ゴシック" w:eastAsia="ＭＳ ゴシック" w:hAnsi="ＭＳ ゴシック" w:hint="eastAsia"/>
          <w:lang w:eastAsia="ja-JP"/>
        </w:rPr>
        <w:t>選考委員会事務局</w:t>
      </w:r>
      <w:r w:rsidRPr="000A5031">
        <w:rPr>
          <w:rFonts w:ascii="ＭＳ ゴシック" w:eastAsia="ＭＳ ゴシック" w:hAnsi="ＭＳ ゴシック"/>
          <w:lang w:eastAsia="ja-JP"/>
        </w:rPr>
        <w:t>あてに提出</w:t>
      </w:r>
      <w:r w:rsidRPr="001179BD">
        <w:rPr>
          <w:rFonts w:ascii="ＭＳ ゴシック" w:eastAsia="ＭＳ ゴシック" w:hAnsi="ＭＳ ゴシック"/>
          <w:lang w:eastAsia="ja-JP"/>
        </w:rPr>
        <w:t>してください。</w:t>
      </w:r>
    </w:p>
    <w:p w14:paraId="6B407733" w14:textId="566AAEFC"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w:t>
      </w:r>
      <w:r w:rsidR="005D6F7B" w:rsidRPr="001179BD">
        <w:rPr>
          <w:rFonts w:ascii="ＭＳ ゴシック" w:eastAsia="ＭＳ ゴシック" w:hAnsi="ＭＳ ゴシック" w:hint="eastAsia"/>
          <w:lang w:eastAsia="ja-JP"/>
        </w:rPr>
        <w:t>「１３問い合わせ先」にメールか郵送で送付ください</w:t>
      </w:r>
    </w:p>
    <w:p w14:paraId="0FBCABCF" w14:textId="77777777" w:rsidR="000F760C" w:rsidRPr="001179BD" w:rsidRDefault="000F760C">
      <w:pPr>
        <w:spacing w:after="40"/>
        <w:rPr>
          <w:rFonts w:ascii="ＭＳ ゴシック" w:eastAsia="ＭＳ ゴシック" w:hAnsi="ＭＳ ゴシック"/>
          <w:lang w:eastAsia="ja-JP"/>
        </w:rPr>
      </w:pPr>
    </w:p>
    <w:p w14:paraId="2329C13C" w14:textId="1B3544B9" w:rsidR="00514130" w:rsidRPr="001179BD" w:rsidRDefault="00234EE6" w:rsidP="00234EE6">
      <w:pPr>
        <w:spacing w:line="240" w:lineRule="auto"/>
        <w:rPr>
          <w:rFonts w:ascii="ＭＳ ゴシック" w:eastAsia="ＭＳ ゴシック" w:hAnsi="ＭＳ ゴシック"/>
          <w:lang w:eastAsia="ja-JP"/>
        </w:rPr>
      </w:pPr>
      <w:r w:rsidRPr="001179BD">
        <w:rPr>
          <w:rFonts w:ascii="ＭＳ ゴシック" w:eastAsia="ＭＳ ゴシック" w:hAnsi="ＭＳ ゴシック" w:hint="eastAsia"/>
          <w:b/>
          <w:sz w:val="24"/>
          <w:lang w:eastAsia="ja-JP"/>
        </w:rPr>
        <w:t>６</w:t>
      </w:r>
      <w:r w:rsidR="00510577" w:rsidRPr="001179BD">
        <w:rPr>
          <w:rFonts w:ascii="ＭＳ ゴシック" w:eastAsia="ＭＳ ゴシック" w:hAnsi="ＭＳ ゴシック"/>
          <w:b/>
          <w:sz w:val="24"/>
          <w:lang w:eastAsia="ja-JP"/>
        </w:rPr>
        <w:t xml:space="preserve">　提出期限</w:t>
      </w:r>
    </w:p>
    <w:p w14:paraId="13E6EF3E" w14:textId="07479DD7"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令和</w:t>
      </w:r>
      <w:r w:rsidR="00C95C1D">
        <w:rPr>
          <w:rFonts w:ascii="ＭＳ ゴシック" w:eastAsia="ＭＳ ゴシック" w:hAnsi="ＭＳ ゴシック" w:hint="eastAsia"/>
          <w:lang w:eastAsia="ja-JP"/>
        </w:rPr>
        <w:t>８</w:t>
      </w:r>
      <w:r w:rsidRPr="001179BD">
        <w:rPr>
          <w:rFonts w:ascii="ＭＳ ゴシック" w:eastAsia="ＭＳ ゴシック" w:hAnsi="ＭＳ ゴシック"/>
          <w:lang w:eastAsia="ja-JP"/>
        </w:rPr>
        <w:t>年</w:t>
      </w:r>
      <w:r w:rsidR="00C95C1D">
        <w:rPr>
          <w:rFonts w:ascii="ＭＳ ゴシック" w:eastAsia="ＭＳ ゴシック" w:hAnsi="ＭＳ ゴシック" w:hint="eastAsia"/>
          <w:lang w:eastAsia="ja-JP"/>
        </w:rPr>
        <w:t>５</w:t>
      </w:r>
      <w:r w:rsidRPr="001179BD">
        <w:rPr>
          <w:rFonts w:ascii="ＭＳ ゴシック" w:eastAsia="ＭＳ ゴシック" w:hAnsi="ＭＳ ゴシック"/>
          <w:lang w:eastAsia="ja-JP"/>
        </w:rPr>
        <w:t>月</w:t>
      </w:r>
      <w:r w:rsidR="00C95C1D">
        <w:rPr>
          <w:rFonts w:ascii="ＭＳ ゴシック" w:eastAsia="ＭＳ ゴシック" w:hAnsi="ＭＳ ゴシック" w:hint="eastAsia"/>
          <w:lang w:eastAsia="ja-JP"/>
        </w:rPr>
        <w:t>２０</w:t>
      </w:r>
      <w:r w:rsidRPr="001179BD">
        <w:rPr>
          <w:rFonts w:ascii="ＭＳ ゴシック" w:eastAsia="ＭＳ ゴシック" w:hAnsi="ＭＳ ゴシック"/>
          <w:lang w:eastAsia="ja-JP"/>
        </w:rPr>
        <w:t>日（</w:t>
      </w:r>
      <w:r w:rsidR="00C95C1D">
        <w:rPr>
          <w:rFonts w:ascii="ＭＳ ゴシック" w:eastAsia="ＭＳ ゴシック" w:hAnsi="ＭＳ ゴシック" w:hint="eastAsia"/>
          <w:lang w:eastAsia="ja-JP"/>
        </w:rPr>
        <w:t>月</w:t>
      </w:r>
      <w:r w:rsidRPr="001179BD">
        <w:rPr>
          <w:rFonts w:ascii="ＭＳ ゴシック" w:eastAsia="ＭＳ ゴシック" w:hAnsi="ＭＳ ゴシック"/>
          <w:lang w:eastAsia="ja-JP"/>
        </w:rPr>
        <w:t>）</w:t>
      </w:r>
      <w:r w:rsidR="00C95C1D">
        <w:rPr>
          <w:rFonts w:ascii="ＭＳ ゴシック" w:eastAsia="ＭＳ ゴシック" w:hAnsi="ＭＳ ゴシック" w:hint="eastAsia"/>
          <w:lang w:eastAsia="ja-JP"/>
        </w:rPr>
        <w:t>１</w:t>
      </w:r>
      <w:r w:rsidR="00036301">
        <w:rPr>
          <w:rFonts w:ascii="ＭＳ ゴシック" w:eastAsia="ＭＳ ゴシック" w:hAnsi="ＭＳ ゴシック" w:hint="eastAsia"/>
          <w:lang w:eastAsia="ja-JP"/>
        </w:rPr>
        <w:t>７</w:t>
      </w:r>
      <w:r w:rsidRPr="001179BD">
        <w:rPr>
          <w:rFonts w:ascii="ＭＳ ゴシック" w:eastAsia="ＭＳ ゴシック" w:hAnsi="ＭＳ ゴシック"/>
          <w:lang w:eastAsia="ja-JP"/>
        </w:rPr>
        <w:t>時まで</w:t>
      </w:r>
    </w:p>
    <w:p w14:paraId="0DF4CCBE" w14:textId="77777777" w:rsidR="006520BF" w:rsidRPr="001179BD" w:rsidRDefault="006520BF">
      <w:pPr>
        <w:spacing w:after="40"/>
        <w:rPr>
          <w:rFonts w:ascii="ＭＳ ゴシック" w:eastAsia="ＭＳ ゴシック" w:hAnsi="ＭＳ ゴシック"/>
          <w:lang w:eastAsia="ja-JP"/>
        </w:rPr>
      </w:pPr>
    </w:p>
    <w:p w14:paraId="1D74EC33" w14:textId="49A02E70" w:rsidR="00514130" w:rsidRPr="001179BD" w:rsidRDefault="00234EE6" w:rsidP="00234EE6">
      <w:pPr>
        <w:spacing w:line="240" w:lineRule="auto"/>
        <w:rPr>
          <w:rFonts w:ascii="ＭＳ ゴシック" w:eastAsia="ＭＳ ゴシック" w:hAnsi="ＭＳ ゴシック"/>
          <w:lang w:eastAsia="ja-JP"/>
        </w:rPr>
      </w:pPr>
      <w:r w:rsidRPr="001179BD">
        <w:rPr>
          <w:rFonts w:ascii="ＭＳ ゴシック" w:eastAsia="ＭＳ ゴシック" w:hAnsi="ＭＳ ゴシック" w:hint="eastAsia"/>
          <w:b/>
          <w:sz w:val="24"/>
          <w:lang w:eastAsia="ja-JP"/>
        </w:rPr>
        <w:t>７</w:t>
      </w:r>
      <w:r w:rsidR="00510577" w:rsidRPr="001179BD">
        <w:rPr>
          <w:rFonts w:ascii="ＭＳ ゴシック" w:eastAsia="ＭＳ ゴシック" w:hAnsi="ＭＳ ゴシック"/>
          <w:b/>
          <w:sz w:val="24"/>
          <w:lang w:eastAsia="ja-JP"/>
        </w:rPr>
        <w:t xml:space="preserve">　応募資格</w:t>
      </w:r>
    </w:p>
    <w:p w14:paraId="01B1CC30" w14:textId="160759DF"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業務としてTシャツ、ポスター等各種デザイン業務の経験がある方</w:t>
      </w:r>
    </w:p>
    <w:p w14:paraId="47D677A5" w14:textId="77777777" w:rsidR="004023AC" w:rsidRPr="001179BD" w:rsidRDefault="004023AC">
      <w:pPr>
        <w:spacing w:after="40"/>
        <w:rPr>
          <w:rFonts w:ascii="ＭＳ ゴシック" w:eastAsia="ＭＳ ゴシック" w:hAnsi="ＭＳ ゴシック"/>
          <w:lang w:eastAsia="ja-JP"/>
        </w:rPr>
      </w:pPr>
    </w:p>
    <w:p w14:paraId="1CF30A35" w14:textId="1347F063" w:rsidR="00514130" w:rsidRPr="000A5031" w:rsidRDefault="00234EE6" w:rsidP="00234EE6">
      <w:pPr>
        <w:spacing w:line="240" w:lineRule="auto"/>
        <w:rPr>
          <w:rFonts w:ascii="ＭＳ ゴシック" w:eastAsia="ＭＳ ゴシック" w:hAnsi="ＭＳ ゴシック"/>
          <w:lang w:eastAsia="ja-JP"/>
        </w:rPr>
      </w:pPr>
      <w:r w:rsidRPr="001179BD">
        <w:rPr>
          <w:rFonts w:ascii="ＭＳ ゴシック" w:eastAsia="ＭＳ ゴシック" w:hAnsi="ＭＳ ゴシック" w:hint="eastAsia"/>
          <w:b/>
          <w:sz w:val="24"/>
          <w:lang w:eastAsia="ja-JP"/>
        </w:rPr>
        <w:t>８</w:t>
      </w:r>
      <w:r w:rsidR="00510577" w:rsidRPr="001179BD">
        <w:rPr>
          <w:rFonts w:ascii="ＭＳ ゴシック" w:eastAsia="ＭＳ ゴシック" w:hAnsi="ＭＳ ゴシック"/>
          <w:b/>
          <w:sz w:val="24"/>
          <w:lang w:eastAsia="ja-JP"/>
        </w:rPr>
        <w:t xml:space="preserve">　選</w:t>
      </w:r>
      <w:r w:rsidR="00510577" w:rsidRPr="000A5031">
        <w:rPr>
          <w:rFonts w:ascii="ＭＳ ゴシック" w:eastAsia="ＭＳ ゴシック" w:hAnsi="ＭＳ ゴシック"/>
          <w:b/>
          <w:sz w:val="24"/>
          <w:lang w:eastAsia="ja-JP"/>
        </w:rPr>
        <w:t>定方法</w:t>
      </w:r>
    </w:p>
    <w:p w14:paraId="22FE680C" w14:textId="7B471F12" w:rsidR="00514130" w:rsidRPr="000A5031" w:rsidRDefault="00510577">
      <w:pPr>
        <w:spacing w:after="40"/>
        <w:rPr>
          <w:rFonts w:ascii="ＭＳ ゴシック" w:eastAsia="ＭＳ ゴシック" w:hAnsi="ＭＳ ゴシック"/>
          <w:lang w:eastAsia="ja-JP"/>
        </w:rPr>
      </w:pPr>
      <w:r w:rsidRPr="000A5031">
        <w:rPr>
          <w:rFonts w:ascii="ＭＳ ゴシック" w:eastAsia="ＭＳ ゴシック" w:hAnsi="ＭＳ ゴシック"/>
          <w:lang w:eastAsia="ja-JP"/>
        </w:rPr>
        <w:t>「とくしまマラソン</w:t>
      </w:r>
      <w:r w:rsidR="00381D55" w:rsidRPr="000A5031">
        <w:rPr>
          <w:rFonts w:ascii="ＭＳ ゴシック" w:eastAsia="ＭＳ ゴシック" w:hAnsi="ＭＳ ゴシック" w:hint="eastAsia"/>
          <w:lang w:eastAsia="ja-JP"/>
        </w:rPr>
        <w:t>ビジュアル</w:t>
      </w:r>
      <w:r w:rsidRPr="000A5031">
        <w:rPr>
          <w:rFonts w:ascii="ＭＳ ゴシック" w:eastAsia="ＭＳ ゴシック" w:hAnsi="ＭＳ ゴシック"/>
          <w:lang w:eastAsia="ja-JP"/>
        </w:rPr>
        <w:t>等選考委員会」において、公正かつ厳正な審査を行い、その結果、最も優れたデザイン案と認められる業者に、とくしまマラソン２０２７大会のデザイン一式の制作を委託します。</w:t>
      </w:r>
    </w:p>
    <w:p w14:paraId="5C175CC7" w14:textId="77777777" w:rsidR="00187BC0" w:rsidRPr="000A5031" w:rsidRDefault="00187BC0">
      <w:pPr>
        <w:spacing w:after="40"/>
        <w:rPr>
          <w:rFonts w:ascii="ＭＳ ゴシック" w:eastAsia="ＭＳ ゴシック" w:hAnsi="ＭＳ ゴシック"/>
          <w:lang w:eastAsia="ja-JP"/>
        </w:rPr>
      </w:pPr>
    </w:p>
    <w:p w14:paraId="14EA619D" w14:textId="1611074D" w:rsidR="00514130" w:rsidRPr="000A5031" w:rsidRDefault="00234EE6" w:rsidP="00234EE6">
      <w:pPr>
        <w:spacing w:line="240" w:lineRule="auto"/>
        <w:rPr>
          <w:rFonts w:ascii="ＭＳ ゴシック" w:eastAsia="ＭＳ ゴシック" w:hAnsi="ＭＳ ゴシック"/>
          <w:lang w:eastAsia="ja-JP"/>
        </w:rPr>
      </w:pPr>
      <w:r w:rsidRPr="000A5031">
        <w:rPr>
          <w:rFonts w:ascii="ＭＳ ゴシック" w:eastAsia="ＭＳ ゴシック" w:hAnsi="ＭＳ ゴシック" w:hint="eastAsia"/>
          <w:b/>
          <w:sz w:val="24"/>
          <w:lang w:eastAsia="ja-JP"/>
        </w:rPr>
        <w:t>９</w:t>
      </w:r>
      <w:r w:rsidR="00510577" w:rsidRPr="000A5031">
        <w:rPr>
          <w:rFonts w:ascii="ＭＳ ゴシック" w:eastAsia="ＭＳ ゴシック" w:hAnsi="ＭＳ ゴシック"/>
          <w:b/>
          <w:sz w:val="24"/>
          <w:lang w:eastAsia="ja-JP"/>
        </w:rPr>
        <w:t xml:space="preserve">　</w:t>
      </w:r>
      <w:r w:rsidR="004023AC" w:rsidRPr="000A5031">
        <w:rPr>
          <w:rFonts w:ascii="ＭＳ ゴシック" w:eastAsia="ＭＳ ゴシック" w:hAnsi="ＭＳ ゴシック" w:hint="eastAsia"/>
          <w:b/>
          <w:sz w:val="24"/>
          <w:lang w:eastAsia="ja-JP"/>
        </w:rPr>
        <w:t>採用後の取り扱い（著作権等）</w:t>
      </w:r>
    </w:p>
    <w:p w14:paraId="54B568F8" w14:textId="44D24E8E" w:rsidR="004023AC" w:rsidRPr="000A5031" w:rsidRDefault="004023AC" w:rsidP="00234EE6">
      <w:pPr>
        <w:spacing w:after="40" w:line="240" w:lineRule="auto"/>
        <w:rPr>
          <w:rFonts w:ascii="ＭＳ ゴシック" w:eastAsia="ＭＳ ゴシック" w:hAnsi="ＭＳ ゴシック"/>
          <w:lang w:eastAsia="ja-JP"/>
        </w:rPr>
      </w:pPr>
      <w:r w:rsidRPr="000A5031">
        <w:rPr>
          <w:rFonts w:ascii="ＭＳ ゴシック" w:eastAsia="ＭＳ ゴシック" w:hAnsi="ＭＳ ゴシック" w:hint="eastAsia"/>
          <w:lang w:eastAsia="ja-JP"/>
        </w:rPr>
        <w:t>・</w:t>
      </w:r>
      <w:r w:rsidRPr="000A5031">
        <w:rPr>
          <w:rFonts w:ascii="ＭＳ ゴシック" w:eastAsia="ＭＳ ゴシック" w:hAnsi="ＭＳ ゴシック"/>
          <w:lang w:eastAsia="ja-JP"/>
        </w:rPr>
        <w:t>提出されたデザイン案を元に、</w:t>
      </w:r>
      <w:r w:rsidR="00234EE6" w:rsidRPr="000A5031">
        <w:rPr>
          <w:rFonts w:ascii="ＭＳ ゴシック" w:eastAsia="ＭＳ ゴシック" w:hAnsi="ＭＳ ゴシック" w:hint="eastAsia"/>
          <w:lang w:eastAsia="ja-JP"/>
        </w:rPr>
        <w:t>主催者</w:t>
      </w:r>
      <w:r w:rsidRPr="000A5031">
        <w:rPr>
          <w:rFonts w:ascii="ＭＳ ゴシック" w:eastAsia="ＭＳ ゴシック" w:hAnsi="ＭＳ ゴシック"/>
          <w:lang w:eastAsia="ja-JP"/>
        </w:rPr>
        <w:t>と選定業者との協議のうえ、最終的には</w:t>
      </w:r>
      <w:r w:rsidR="00234EE6" w:rsidRPr="000A5031">
        <w:rPr>
          <w:rFonts w:ascii="ＭＳ ゴシック" w:eastAsia="ＭＳ ゴシック" w:hAnsi="ＭＳ ゴシック" w:hint="eastAsia"/>
          <w:lang w:eastAsia="ja-JP"/>
        </w:rPr>
        <w:t>主催者</w:t>
      </w:r>
      <w:r w:rsidRPr="000A5031">
        <w:rPr>
          <w:rFonts w:ascii="ＭＳ ゴシック" w:eastAsia="ＭＳ ゴシック" w:hAnsi="ＭＳ ゴシック"/>
          <w:lang w:eastAsia="ja-JP"/>
        </w:rPr>
        <w:t>がデザイン案を正式決定します。</w:t>
      </w:r>
    </w:p>
    <w:p w14:paraId="7DBC18A6" w14:textId="7B3EE648" w:rsidR="004023AC" w:rsidRPr="000A5031" w:rsidRDefault="004023AC" w:rsidP="00234EE6">
      <w:pPr>
        <w:spacing w:after="40" w:line="240" w:lineRule="auto"/>
        <w:rPr>
          <w:rFonts w:ascii="ＭＳ ゴシック" w:eastAsia="ＭＳ ゴシック" w:hAnsi="ＭＳ ゴシック"/>
          <w:lang w:eastAsia="ja-JP"/>
        </w:rPr>
      </w:pPr>
      <w:r w:rsidRPr="000A5031">
        <w:rPr>
          <w:rFonts w:ascii="ＭＳ ゴシック" w:eastAsia="ＭＳ ゴシック" w:hAnsi="ＭＳ ゴシック" w:hint="eastAsia"/>
          <w:lang w:eastAsia="ja-JP"/>
        </w:rPr>
        <w:t>・</w:t>
      </w:r>
      <w:r w:rsidRPr="000A5031">
        <w:rPr>
          <w:rFonts w:ascii="ＭＳ ゴシック" w:eastAsia="ＭＳ ゴシック" w:hAnsi="ＭＳ ゴシック"/>
          <w:lang w:eastAsia="ja-JP"/>
        </w:rPr>
        <w:t xml:space="preserve"> 採用作品の著作権（著作権法第27条および第28条の権利を含む）等の一切の権利は、原則</w:t>
      </w:r>
      <w:r w:rsidRPr="000A5031">
        <w:rPr>
          <w:rFonts w:ascii="ＭＳ ゴシック" w:eastAsia="ＭＳ ゴシック" w:hAnsi="ＭＳ ゴシック" w:hint="eastAsia"/>
          <w:lang w:eastAsia="ja-JP"/>
        </w:rPr>
        <w:t>として主催者に帰属します。</w:t>
      </w:r>
    </w:p>
    <w:p w14:paraId="7EAF81EC" w14:textId="2BA999A1" w:rsidR="00514130" w:rsidRPr="001179BD" w:rsidRDefault="004023AC" w:rsidP="00234EE6">
      <w:pPr>
        <w:spacing w:after="40" w:line="240" w:lineRule="auto"/>
        <w:rPr>
          <w:rFonts w:ascii="ＭＳ ゴシック" w:eastAsia="ＭＳ ゴシック" w:hAnsi="ＭＳ ゴシック"/>
          <w:lang w:eastAsia="ja-JP"/>
        </w:rPr>
      </w:pPr>
      <w:r w:rsidRPr="000A5031">
        <w:rPr>
          <w:rFonts w:ascii="ＭＳ ゴシック" w:eastAsia="ＭＳ ゴシック" w:hAnsi="ＭＳ ゴシック" w:hint="eastAsia"/>
          <w:lang w:eastAsia="ja-JP"/>
        </w:rPr>
        <w:t>・</w:t>
      </w:r>
      <w:r w:rsidRPr="000A5031">
        <w:rPr>
          <w:rFonts w:ascii="ＭＳ ゴシック" w:eastAsia="ＭＳ ゴシック" w:hAnsi="ＭＳ ゴシック"/>
          <w:lang w:eastAsia="ja-JP"/>
        </w:rPr>
        <w:t>主催者は採用作品を、印刷物</w:t>
      </w:r>
      <w:r w:rsidRPr="001179BD">
        <w:rPr>
          <w:rFonts w:ascii="ＭＳ ゴシック" w:eastAsia="ＭＳ ゴシック" w:hAnsi="ＭＳ ゴシック"/>
          <w:lang w:eastAsia="ja-JP"/>
        </w:rPr>
        <w:t>、WEB、SNS、映像、グッズ、看板等で無償使用できるものと</w:t>
      </w:r>
      <w:r w:rsidRPr="001179BD">
        <w:rPr>
          <w:rFonts w:ascii="ＭＳ ゴシック" w:eastAsia="ＭＳ ゴシック" w:hAnsi="ＭＳ ゴシック" w:hint="eastAsia"/>
          <w:lang w:eastAsia="ja-JP"/>
        </w:rPr>
        <w:t>します。</w:t>
      </w:r>
    </w:p>
    <w:p w14:paraId="4BC2157C" w14:textId="48043EDE" w:rsidR="004023AC" w:rsidRPr="001179BD" w:rsidRDefault="004023AC" w:rsidP="00234EE6">
      <w:pPr>
        <w:spacing w:line="240" w:lineRule="auto"/>
        <w:rPr>
          <w:rFonts w:ascii="ＭＳ ゴシック" w:eastAsia="ＭＳ ゴシック" w:hAnsi="ＭＳ ゴシック"/>
          <w:lang w:eastAsia="ja-JP"/>
        </w:rPr>
      </w:pPr>
      <w:r w:rsidRPr="001179BD">
        <w:rPr>
          <w:rFonts w:ascii="ＭＳ ゴシック" w:eastAsia="ＭＳ ゴシック" w:hAnsi="ＭＳ ゴシック" w:hint="eastAsia"/>
          <w:lang w:eastAsia="ja-JP"/>
        </w:rPr>
        <w:t>・</w:t>
      </w:r>
      <w:r w:rsidRPr="001179BD">
        <w:rPr>
          <w:rFonts w:ascii="ＭＳ ゴシック" w:eastAsia="ＭＳ ゴシック" w:hAnsi="ＭＳ ゴシック"/>
          <w:lang w:eastAsia="ja-JP"/>
        </w:rPr>
        <w:t>採用作品は必要に応じて、主催者側で補作・修正・展開制作（サイズ違い、レイアウト調整</w:t>
      </w:r>
      <w:r w:rsidRPr="001179BD">
        <w:rPr>
          <w:rFonts w:ascii="ＭＳ ゴシック" w:eastAsia="ＭＳ ゴシック" w:hAnsi="ＭＳ ゴシック" w:hint="eastAsia"/>
          <w:lang w:eastAsia="ja-JP"/>
        </w:rPr>
        <w:t>文言追加等）を行う場合があります。</w:t>
      </w:r>
    </w:p>
    <w:p w14:paraId="2825EFD4" w14:textId="552A04BA" w:rsidR="00514130" w:rsidRDefault="004023AC" w:rsidP="00234EE6">
      <w:pPr>
        <w:spacing w:line="240" w:lineRule="auto"/>
        <w:rPr>
          <w:rFonts w:ascii="ＭＳ ゴシック" w:eastAsia="ＭＳ ゴシック" w:hAnsi="ＭＳ ゴシック"/>
          <w:lang w:eastAsia="ja-JP"/>
        </w:rPr>
      </w:pPr>
      <w:r w:rsidRPr="001179BD">
        <w:rPr>
          <w:rFonts w:ascii="ＭＳ ゴシック" w:eastAsia="ＭＳ ゴシック" w:hAnsi="ＭＳ ゴシック" w:hint="eastAsia"/>
          <w:lang w:eastAsia="ja-JP"/>
        </w:rPr>
        <w:t>・</w:t>
      </w:r>
      <w:r w:rsidR="00510577" w:rsidRPr="001179BD">
        <w:rPr>
          <w:rFonts w:ascii="ＭＳ ゴシック" w:eastAsia="ＭＳ ゴシック" w:hAnsi="ＭＳ ゴシック"/>
          <w:lang w:eastAsia="ja-JP"/>
        </w:rPr>
        <w:t>本コンペに係る提出物に要する一切の経費は、各社の負担とします。</w:t>
      </w:r>
    </w:p>
    <w:p w14:paraId="5EE9E9D7" w14:textId="77777777" w:rsidR="006C0067" w:rsidRPr="001179BD" w:rsidRDefault="006C0067" w:rsidP="00234EE6">
      <w:pPr>
        <w:spacing w:line="240" w:lineRule="auto"/>
        <w:rPr>
          <w:rFonts w:ascii="ＭＳ ゴシック" w:eastAsia="ＭＳ ゴシック" w:hAnsi="ＭＳ ゴシック"/>
          <w:lang w:eastAsia="ja-JP"/>
        </w:rPr>
      </w:pPr>
    </w:p>
    <w:p w14:paraId="526E717B" w14:textId="2FABC3D7" w:rsidR="00514130" w:rsidRPr="000A5031" w:rsidRDefault="00234EE6" w:rsidP="00234EE6">
      <w:pPr>
        <w:spacing w:line="240" w:lineRule="auto"/>
        <w:rPr>
          <w:rFonts w:ascii="ＭＳ ゴシック" w:eastAsia="ＭＳ ゴシック" w:hAnsi="ＭＳ ゴシック"/>
          <w:lang w:eastAsia="ja-JP"/>
        </w:rPr>
      </w:pPr>
      <w:r w:rsidRPr="000A5031">
        <w:rPr>
          <w:rFonts w:ascii="ＭＳ ゴシック" w:eastAsia="ＭＳ ゴシック" w:hAnsi="ＭＳ ゴシック" w:hint="eastAsia"/>
          <w:b/>
          <w:sz w:val="24"/>
          <w:lang w:eastAsia="ja-JP"/>
        </w:rPr>
        <w:t>１０</w:t>
      </w:r>
      <w:r w:rsidR="00510577" w:rsidRPr="000A5031">
        <w:rPr>
          <w:rFonts w:ascii="ＭＳ ゴシック" w:eastAsia="ＭＳ ゴシック" w:hAnsi="ＭＳ ゴシック"/>
          <w:b/>
          <w:sz w:val="24"/>
          <w:lang w:eastAsia="ja-JP"/>
        </w:rPr>
        <w:t xml:space="preserve">　スケジュール</w:t>
      </w:r>
    </w:p>
    <w:p w14:paraId="580EC31E" w14:textId="5075F582" w:rsidR="00A501D8" w:rsidRPr="000A5031" w:rsidRDefault="00A501D8" w:rsidP="00A501D8">
      <w:pPr>
        <w:spacing w:after="40"/>
        <w:rPr>
          <w:rFonts w:ascii="ＭＳ ゴシック" w:eastAsia="ＭＳ ゴシック" w:hAnsi="ＭＳ ゴシック"/>
          <w:lang w:eastAsia="ja-JP"/>
        </w:rPr>
      </w:pPr>
      <w:r w:rsidRPr="000A5031">
        <w:rPr>
          <w:rFonts w:ascii="ＭＳ ゴシック" w:eastAsia="ＭＳ ゴシック" w:hAnsi="ＭＳ ゴシック" w:hint="eastAsia"/>
          <w:lang w:eastAsia="ja-JP"/>
        </w:rPr>
        <w:t xml:space="preserve">令和８年　</w:t>
      </w:r>
      <w:r w:rsidR="00C95C1D">
        <w:rPr>
          <w:rFonts w:ascii="ＭＳ ゴシック" w:eastAsia="ＭＳ ゴシック" w:hAnsi="ＭＳ ゴシック" w:hint="eastAsia"/>
          <w:lang w:eastAsia="ja-JP"/>
        </w:rPr>
        <w:t>５</w:t>
      </w:r>
      <w:r w:rsidRPr="000A5031">
        <w:rPr>
          <w:rFonts w:ascii="ＭＳ ゴシック" w:eastAsia="ＭＳ ゴシック" w:hAnsi="ＭＳ ゴシック" w:hint="eastAsia"/>
          <w:lang w:eastAsia="ja-JP"/>
        </w:rPr>
        <w:t>月</w:t>
      </w:r>
      <w:r w:rsidR="00C95C1D">
        <w:rPr>
          <w:rFonts w:ascii="ＭＳ ゴシック" w:eastAsia="ＭＳ ゴシック" w:hAnsi="ＭＳ ゴシック" w:hint="eastAsia"/>
          <w:lang w:eastAsia="ja-JP"/>
        </w:rPr>
        <w:t>２０</w:t>
      </w:r>
      <w:r w:rsidRPr="000A5031">
        <w:rPr>
          <w:rFonts w:ascii="ＭＳ ゴシック" w:eastAsia="ＭＳ ゴシック" w:hAnsi="ＭＳ ゴシック" w:hint="eastAsia"/>
          <w:lang w:eastAsia="ja-JP"/>
        </w:rPr>
        <w:t>日（月）提出期限</w:t>
      </w:r>
    </w:p>
    <w:p w14:paraId="6282BED3" w14:textId="178139D5" w:rsidR="00A501D8" w:rsidRPr="000A5031" w:rsidRDefault="00A501D8" w:rsidP="00A501D8">
      <w:pPr>
        <w:spacing w:after="40"/>
        <w:rPr>
          <w:rFonts w:ascii="ＭＳ ゴシック" w:eastAsia="ＭＳ ゴシック" w:hAnsi="ＭＳ ゴシック"/>
          <w:lang w:eastAsia="ja-JP"/>
        </w:rPr>
      </w:pPr>
      <w:r w:rsidRPr="000A5031">
        <w:rPr>
          <w:rFonts w:ascii="ＭＳ ゴシック" w:eastAsia="ＭＳ ゴシック" w:hAnsi="ＭＳ ゴシック" w:hint="eastAsia"/>
          <w:lang w:eastAsia="ja-JP"/>
        </w:rPr>
        <w:t xml:space="preserve">令和８年　</w:t>
      </w:r>
      <w:r w:rsidR="00C95C1D">
        <w:rPr>
          <w:rFonts w:ascii="ＭＳ ゴシック" w:eastAsia="ＭＳ ゴシック" w:hAnsi="ＭＳ ゴシック" w:hint="eastAsia"/>
          <w:lang w:eastAsia="ja-JP"/>
        </w:rPr>
        <w:t>５</w:t>
      </w:r>
      <w:r w:rsidRPr="000A5031">
        <w:rPr>
          <w:rFonts w:ascii="ＭＳ ゴシック" w:eastAsia="ＭＳ ゴシック" w:hAnsi="ＭＳ ゴシック" w:hint="eastAsia"/>
          <w:lang w:eastAsia="ja-JP"/>
        </w:rPr>
        <w:t>月</w:t>
      </w:r>
      <w:r w:rsidR="00C95C1D">
        <w:rPr>
          <w:rFonts w:ascii="ＭＳ ゴシック" w:eastAsia="ＭＳ ゴシック" w:hAnsi="ＭＳ ゴシック" w:hint="eastAsia"/>
          <w:lang w:eastAsia="ja-JP"/>
        </w:rPr>
        <w:t>２７</w:t>
      </w:r>
      <w:r w:rsidRPr="000A5031">
        <w:rPr>
          <w:rFonts w:ascii="ＭＳ ゴシック" w:eastAsia="ＭＳ ゴシック" w:hAnsi="ＭＳ ゴシック" w:hint="eastAsia"/>
          <w:lang w:eastAsia="ja-JP"/>
        </w:rPr>
        <w:t>日（</w:t>
      </w:r>
      <w:r w:rsidR="00C95C1D">
        <w:rPr>
          <w:rFonts w:ascii="ＭＳ ゴシック" w:eastAsia="ＭＳ ゴシック" w:hAnsi="ＭＳ ゴシック" w:hint="eastAsia"/>
          <w:lang w:eastAsia="ja-JP"/>
        </w:rPr>
        <w:t>水</w:t>
      </w:r>
      <w:r w:rsidRPr="000A5031">
        <w:rPr>
          <w:rFonts w:ascii="ＭＳ ゴシック" w:eastAsia="ＭＳ ゴシック" w:hAnsi="ＭＳ ゴシック" w:hint="eastAsia"/>
          <w:lang w:eastAsia="ja-JP"/>
        </w:rPr>
        <w:t>）選考委員会</w:t>
      </w:r>
      <w:r w:rsidR="00036301">
        <w:rPr>
          <w:rFonts w:ascii="ＭＳ ゴシック" w:eastAsia="ＭＳ ゴシック" w:hAnsi="ＭＳ ゴシック" w:hint="eastAsia"/>
          <w:lang w:eastAsia="ja-JP"/>
        </w:rPr>
        <w:t>（予定）</w:t>
      </w:r>
    </w:p>
    <w:p w14:paraId="28CC53C4" w14:textId="292DBD63" w:rsidR="00234EE6" w:rsidRPr="000A5031" w:rsidRDefault="00A501D8" w:rsidP="00A501D8">
      <w:pPr>
        <w:spacing w:after="40"/>
        <w:rPr>
          <w:rFonts w:ascii="ＭＳ ゴシック" w:eastAsia="ＭＳ ゴシック" w:hAnsi="ＭＳ ゴシック"/>
          <w:lang w:eastAsia="ja-JP"/>
        </w:rPr>
      </w:pPr>
      <w:r w:rsidRPr="000A5031">
        <w:rPr>
          <w:rFonts w:ascii="ＭＳ ゴシック" w:eastAsia="ＭＳ ゴシック" w:hAnsi="ＭＳ ゴシック" w:hint="eastAsia"/>
          <w:lang w:eastAsia="ja-JP"/>
        </w:rPr>
        <w:t xml:space="preserve">令和８年　</w:t>
      </w:r>
      <w:r w:rsidR="00C95C1D">
        <w:rPr>
          <w:rFonts w:ascii="ＭＳ ゴシック" w:eastAsia="ＭＳ ゴシック" w:hAnsi="ＭＳ ゴシック" w:hint="eastAsia"/>
          <w:lang w:eastAsia="ja-JP"/>
        </w:rPr>
        <w:t>５</w:t>
      </w:r>
      <w:r w:rsidRPr="000A5031">
        <w:rPr>
          <w:rFonts w:ascii="ＭＳ ゴシック" w:eastAsia="ＭＳ ゴシック" w:hAnsi="ＭＳ ゴシック" w:hint="eastAsia"/>
          <w:lang w:eastAsia="ja-JP"/>
        </w:rPr>
        <w:t>月</w:t>
      </w:r>
      <w:r w:rsidR="00C95C1D">
        <w:rPr>
          <w:rFonts w:ascii="ＭＳ ゴシック" w:eastAsia="ＭＳ ゴシック" w:hAnsi="ＭＳ ゴシック" w:hint="eastAsia"/>
          <w:lang w:eastAsia="ja-JP"/>
        </w:rPr>
        <w:t>２９</w:t>
      </w:r>
      <w:r w:rsidRPr="000A5031">
        <w:rPr>
          <w:rFonts w:ascii="ＭＳ ゴシック" w:eastAsia="ＭＳ ゴシック" w:hAnsi="ＭＳ ゴシック" w:hint="eastAsia"/>
          <w:lang w:eastAsia="ja-JP"/>
        </w:rPr>
        <w:t>日（金）結果通知</w:t>
      </w:r>
      <w:r w:rsidR="00036301">
        <w:rPr>
          <w:rFonts w:ascii="ＭＳ ゴシック" w:eastAsia="ＭＳ ゴシック" w:hAnsi="ＭＳ ゴシック" w:hint="eastAsia"/>
          <w:lang w:eastAsia="ja-JP"/>
        </w:rPr>
        <w:t>（予定）</w:t>
      </w:r>
    </w:p>
    <w:p w14:paraId="3E6A32E0" w14:textId="77777777" w:rsidR="00A501D8" w:rsidRDefault="00A501D8" w:rsidP="00A501D8">
      <w:pPr>
        <w:spacing w:after="40"/>
        <w:rPr>
          <w:rFonts w:ascii="ＭＳ ゴシック" w:eastAsia="ＭＳ ゴシック" w:hAnsi="ＭＳ ゴシック"/>
          <w:lang w:eastAsia="ja-JP"/>
        </w:rPr>
      </w:pPr>
    </w:p>
    <w:p w14:paraId="13FCBE61" w14:textId="77777777" w:rsidR="006C0067" w:rsidRDefault="006C0067" w:rsidP="00A501D8">
      <w:pPr>
        <w:spacing w:after="40"/>
        <w:rPr>
          <w:rFonts w:ascii="ＭＳ ゴシック" w:eastAsia="ＭＳ ゴシック" w:hAnsi="ＭＳ ゴシック"/>
          <w:lang w:eastAsia="ja-JP"/>
        </w:rPr>
      </w:pPr>
    </w:p>
    <w:p w14:paraId="0B52F0A8" w14:textId="77777777" w:rsidR="006C0067" w:rsidRDefault="006C0067" w:rsidP="00A501D8">
      <w:pPr>
        <w:spacing w:after="40"/>
        <w:rPr>
          <w:rFonts w:ascii="ＭＳ ゴシック" w:eastAsia="ＭＳ ゴシック" w:hAnsi="ＭＳ ゴシック"/>
          <w:lang w:eastAsia="ja-JP"/>
        </w:rPr>
      </w:pPr>
    </w:p>
    <w:p w14:paraId="450CACEF" w14:textId="77777777" w:rsidR="006C0067" w:rsidRPr="000A5031" w:rsidRDefault="006C0067" w:rsidP="00A501D8">
      <w:pPr>
        <w:spacing w:after="40"/>
        <w:rPr>
          <w:rFonts w:ascii="ＭＳ ゴシック" w:eastAsia="ＭＳ ゴシック" w:hAnsi="ＭＳ ゴシック"/>
          <w:lang w:eastAsia="ja-JP"/>
        </w:rPr>
      </w:pPr>
    </w:p>
    <w:p w14:paraId="28105554" w14:textId="2EB1B84E" w:rsidR="004023AC" w:rsidRPr="000A5031" w:rsidRDefault="00234EE6" w:rsidP="00234EE6">
      <w:pPr>
        <w:spacing w:line="240" w:lineRule="auto"/>
        <w:rPr>
          <w:rFonts w:ascii="ＭＳ ゴシック" w:eastAsia="ＭＳ ゴシック" w:hAnsi="ＭＳ ゴシック"/>
          <w:b/>
          <w:sz w:val="24"/>
          <w:lang w:eastAsia="ja-JP"/>
        </w:rPr>
      </w:pPr>
      <w:r w:rsidRPr="000A5031">
        <w:rPr>
          <w:rFonts w:ascii="ＭＳ ゴシック" w:eastAsia="ＭＳ ゴシック" w:hAnsi="ＭＳ ゴシック" w:hint="eastAsia"/>
          <w:b/>
          <w:sz w:val="24"/>
          <w:lang w:eastAsia="ja-JP"/>
        </w:rPr>
        <w:lastRenderedPageBreak/>
        <w:t>１１</w:t>
      </w:r>
      <w:r w:rsidR="004023AC" w:rsidRPr="000A5031">
        <w:rPr>
          <w:rFonts w:ascii="ＭＳ ゴシック" w:eastAsia="ＭＳ ゴシック" w:hAnsi="ＭＳ ゴシック" w:hint="eastAsia"/>
          <w:b/>
          <w:sz w:val="24"/>
          <w:lang w:eastAsia="ja-JP"/>
        </w:rPr>
        <w:t xml:space="preserve">　</w:t>
      </w:r>
      <w:r w:rsidR="004023AC" w:rsidRPr="000A5031">
        <w:rPr>
          <w:rFonts w:ascii="ＭＳ ゴシック" w:eastAsia="ＭＳ ゴシック" w:hAnsi="ＭＳ ゴシック"/>
          <w:b/>
          <w:sz w:val="24"/>
          <w:lang w:eastAsia="ja-JP"/>
        </w:rPr>
        <w:t>失格・採用取消</w:t>
      </w:r>
    </w:p>
    <w:p w14:paraId="15A645F8" w14:textId="77777777" w:rsidR="004023AC" w:rsidRPr="000A5031" w:rsidRDefault="004023AC" w:rsidP="00234EE6">
      <w:pPr>
        <w:spacing w:line="240" w:lineRule="auto"/>
        <w:rPr>
          <w:rFonts w:ascii="ＭＳ ゴシック" w:eastAsia="ＭＳ ゴシック" w:hAnsi="ＭＳ ゴシック"/>
          <w:bCs/>
          <w:szCs w:val="21"/>
          <w:lang w:eastAsia="ja-JP"/>
        </w:rPr>
      </w:pPr>
      <w:r w:rsidRPr="000A5031">
        <w:rPr>
          <w:rFonts w:ascii="ＭＳ ゴシック" w:eastAsia="ＭＳ ゴシック" w:hAnsi="ＭＳ ゴシック" w:hint="eastAsia"/>
          <w:bCs/>
          <w:szCs w:val="21"/>
          <w:lang w:eastAsia="ja-JP"/>
        </w:rPr>
        <w:t>•</w:t>
      </w:r>
      <w:r w:rsidRPr="000A5031">
        <w:rPr>
          <w:rFonts w:ascii="ＭＳ ゴシック" w:eastAsia="ＭＳ ゴシック" w:hAnsi="ＭＳ ゴシック"/>
          <w:bCs/>
          <w:szCs w:val="21"/>
          <w:lang w:eastAsia="ja-JP"/>
        </w:rPr>
        <w:t xml:space="preserve"> 応募要項を満たさない場合</w:t>
      </w:r>
    </w:p>
    <w:p w14:paraId="26D6F564" w14:textId="77777777" w:rsidR="004023AC" w:rsidRPr="000A5031" w:rsidRDefault="004023AC" w:rsidP="00234EE6">
      <w:pPr>
        <w:spacing w:line="240" w:lineRule="auto"/>
        <w:rPr>
          <w:rFonts w:ascii="ＭＳ ゴシック" w:eastAsia="ＭＳ ゴシック" w:hAnsi="ＭＳ ゴシック"/>
          <w:bCs/>
          <w:szCs w:val="21"/>
          <w:lang w:eastAsia="ja-JP"/>
        </w:rPr>
      </w:pPr>
      <w:r w:rsidRPr="000A5031">
        <w:rPr>
          <w:rFonts w:ascii="ＭＳ ゴシック" w:eastAsia="ＭＳ ゴシック" w:hAnsi="ＭＳ ゴシック" w:hint="eastAsia"/>
          <w:bCs/>
          <w:szCs w:val="21"/>
          <w:lang w:eastAsia="ja-JP"/>
        </w:rPr>
        <w:t>•</w:t>
      </w:r>
      <w:r w:rsidRPr="000A5031">
        <w:rPr>
          <w:rFonts w:ascii="ＭＳ ゴシック" w:eastAsia="ＭＳ ゴシック" w:hAnsi="ＭＳ ゴシック"/>
          <w:bCs/>
          <w:szCs w:val="21"/>
          <w:lang w:eastAsia="ja-JP"/>
        </w:rPr>
        <w:t xml:space="preserve"> 模倣・盗用、権利侵害の疑いがある場合</w:t>
      </w:r>
    </w:p>
    <w:p w14:paraId="1F90BCF2" w14:textId="77777777" w:rsidR="004023AC" w:rsidRPr="000A5031" w:rsidRDefault="004023AC" w:rsidP="00234EE6">
      <w:pPr>
        <w:spacing w:line="240" w:lineRule="auto"/>
        <w:rPr>
          <w:rFonts w:ascii="ＭＳ ゴシック" w:eastAsia="ＭＳ ゴシック" w:hAnsi="ＭＳ ゴシック"/>
          <w:bCs/>
          <w:szCs w:val="21"/>
          <w:lang w:eastAsia="ja-JP"/>
        </w:rPr>
      </w:pPr>
      <w:r w:rsidRPr="000A5031">
        <w:rPr>
          <w:rFonts w:ascii="ＭＳ ゴシック" w:eastAsia="ＭＳ ゴシック" w:hAnsi="ＭＳ ゴシック" w:hint="eastAsia"/>
          <w:bCs/>
          <w:szCs w:val="21"/>
          <w:lang w:eastAsia="ja-JP"/>
        </w:rPr>
        <w:t>•</w:t>
      </w:r>
      <w:r w:rsidRPr="000A5031">
        <w:rPr>
          <w:rFonts w:ascii="ＭＳ ゴシック" w:eastAsia="ＭＳ ゴシック" w:hAnsi="ＭＳ ゴシック"/>
          <w:bCs/>
          <w:szCs w:val="21"/>
          <w:lang w:eastAsia="ja-JP"/>
        </w:rPr>
        <w:t xml:space="preserve"> 既発表作品、または第三者に権利が帰属する素材を無断使用している場合</w:t>
      </w:r>
    </w:p>
    <w:p w14:paraId="0EAD4B8F" w14:textId="77777777" w:rsidR="004023AC" w:rsidRPr="000A5031" w:rsidRDefault="004023AC" w:rsidP="00234EE6">
      <w:pPr>
        <w:spacing w:line="240" w:lineRule="auto"/>
        <w:rPr>
          <w:rFonts w:ascii="ＭＳ ゴシック" w:eastAsia="ＭＳ ゴシック" w:hAnsi="ＭＳ ゴシック"/>
          <w:bCs/>
          <w:szCs w:val="21"/>
          <w:lang w:eastAsia="ja-JP"/>
        </w:rPr>
      </w:pPr>
      <w:r w:rsidRPr="000A5031">
        <w:rPr>
          <w:rFonts w:ascii="ＭＳ ゴシック" w:eastAsia="ＭＳ ゴシック" w:hAnsi="ＭＳ ゴシック" w:hint="eastAsia"/>
          <w:bCs/>
          <w:szCs w:val="21"/>
          <w:lang w:eastAsia="ja-JP"/>
        </w:rPr>
        <w:t>•</w:t>
      </w:r>
      <w:r w:rsidRPr="000A5031">
        <w:rPr>
          <w:rFonts w:ascii="ＭＳ ゴシック" w:eastAsia="ＭＳ ゴシック" w:hAnsi="ＭＳ ゴシック"/>
          <w:bCs/>
          <w:szCs w:val="21"/>
          <w:lang w:eastAsia="ja-JP"/>
        </w:rPr>
        <w:t xml:space="preserve"> 公序良俗に反する、または主催者が不適切と判断する内容である場合</w:t>
      </w:r>
    </w:p>
    <w:p w14:paraId="389D4303" w14:textId="77777777" w:rsidR="004023AC" w:rsidRPr="000A5031" w:rsidRDefault="004023AC" w:rsidP="00234EE6">
      <w:pPr>
        <w:spacing w:line="240" w:lineRule="auto"/>
        <w:rPr>
          <w:rFonts w:ascii="ＭＳ ゴシック" w:eastAsia="ＭＳ ゴシック" w:hAnsi="ＭＳ ゴシック"/>
          <w:bCs/>
          <w:szCs w:val="21"/>
          <w:lang w:eastAsia="ja-JP"/>
        </w:rPr>
      </w:pPr>
    </w:p>
    <w:p w14:paraId="293876E8" w14:textId="37282010" w:rsidR="004023AC" w:rsidRPr="000A5031" w:rsidRDefault="00234EE6" w:rsidP="00234EE6">
      <w:pPr>
        <w:spacing w:line="240" w:lineRule="auto"/>
        <w:rPr>
          <w:rFonts w:ascii="ＭＳ ゴシック" w:eastAsia="ＭＳ ゴシック" w:hAnsi="ＭＳ ゴシック"/>
          <w:b/>
          <w:sz w:val="24"/>
          <w:lang w:eastAsia="ja-JP"/>
        </w:rPr>
      </w:pPr>
      <w:r w:rsidRPr="000A5031">
        <w:rPr>
          <w:rFonts w:ascii="ＭＳ ゴシック" w:eastAsia="ＭＳ ゴシック" w:hAnsi="ＭＳ ゴシック" w:hint="eastAsia"/>
          <w:b/>
          <w:sz w:val="24"/>
          <w:lang w:eastAsia="ja-JP"/>
        </w:rPr>
        <w:t>１２</w:t>
      </w:r>
      <w:r w:rsidR="004023AC" w:rsidRPr="000A5031">
        <w:rPr>
          <w:rFonts w:ascii="ＭＳ ゴシック" w:eastAsia="ＭＳ ゴシック" w:hAnsi="ＭＳ ゴシック" w:hint="eastAsia"/>
          <w:b/>
          <w:sz w:val="24"/>
          <w:lang w:eastAsia="ja-JP"/>
        </w:rPr>
        <w:t xml:space="preserve">　</w:t>
      </w:r>
      <w:r w:rsidR="004023AC" w:rsidRPr="000A5031">
        <w:rPr>
          <w:rFonts w:ascii="ＭＳ ゴシック" w:eastAsia="ＭＳ ゴシック" w:hAnsi="ＭＳ ゴシック"/>
          <w:b/>
          <w:sz w:val="24"/>
          <w:lang w:eastAsia="ja-JP"/>
        </w:rPr>
        <w:t>個人情報の取り扱い</w:t>
      </w:r>
    </w:p>
    <w:p w14:paraId="6C444413" w14:textId="53C69230" w:rsidR="004023AC" w:rsidRPr="000A5031" w:rsidRDefault="004023AC" w:rsidP="00234EE6">
      <w:pPr>
        <w:spacing w:line="240" w:lineRule="auto"/>
        <w:rPr>
          <w:rFonts w:ascii="ＭＳ ゴシック" w:eastAsia="ＭＳ ゴシック" w:hAnsi="ＭＳ ゴシック"/>
          <w:b/>
          <w:sz w:val="24"/>
          <w:lang w:eastAsia="ja-JP"/>
        </w:rPr>
      </w:pPr>
      <w:r w:rsidRPr="000A5031">
        <w:rPr>
          <w:rFonts w:ascii="ＭＳ ゴシック" w:eastAsia="ＭＳ ゴシック" w:hAnsi="ＭＳ ゴシック" w:hint="eastAsia"/>
          <w:bCs/>
          <w:szCs w:val="21"/>
          <w:lang w:eastAsia="ja-JP"/>
        </w:rPr>
        <w:t>応募により取得した個人情報は、本公募の運営および結果連絡にのみ使用します。</w:t>
      </w:r>
    </w:p>
    <w:p w14:paraId="68E82F41" w14:textId="77777777" w:rsidR="004023AC" w:rsidRPr="000A5031" w:rsidRDefault="004023AC" w:rsidP="00234EE6">
      <w:pPr>
        <w:spacing w:line="240" w:lineRule="auto"/>
        <w:rPr>
          <w:rFonts w:ascii="ＭＳ ゴシック" w:eastAsia="ＭＳ ゴシック" w:hAnsi="ＭＳ ゴシック"/>
          <w:b/>
          <w:szCs w:val="21"/>
          <w:lang w:eastAsia="ja-JP"/>
        </w:rPr>
      </w:pPr>
    </w:p>
    <w:p w14:paraId="387D55F0" w14:textId="68F63B15" w:rsidR="00514130" w:rsidRPr="000A5031" w:rsidRDefault="00234EE6" w:rsidP="00234EE6">
      <w:pPr>
        <w:spacing w:line="240" w:lineRule="auto"/>
        <w:rPr>
          <w:rFonts w:ascii="ＭＳ ゴシック" w:eastAsia="ＭＳ ゴシック" w:hAnsi="ＭＳ ゴシック"/>
          <w:lang w:eastAsia="ja-JP"/>
        </w:rPr>
      </w:pPr>
      <w:r w:rsidRPr="000A5031">
        <w:rPr>
          <w:rFonts w:ascii="ＭＳ ゴシック" w:eastAsia="ＭＳ ゴシック" w:hAnsi="ＭＳ ゴシック" w:hint="eastAsia"/>
          <w:b/>
          <w:sz w:val="24"/>
          <w:lang w:eastAsia="ja-JP"/>
        </w:rPr>
        <w:t>１３</w:t>
      </w:r>
      <w:r w:rsidR="00510577" w:rsidRPr="000A5031">
        <w:rPr>
          <w:rFonts w:ascii="ＭＳ ゴシック" w:eastAsia="ＭＳ ゴシック" w:hAnsi="ＭＳ ゴシック"/>
          <w:b/>
          <w:sz w:val="24"/>
          <w:lang w:eastAsia="ja-JP"/>
        </w:rPr>
        <w:t xml:space="preserve">　問い合わせ先</w:t>
      </w:r>
    </w:p>
    <w:p w14:paraId="6C4F9C3C" w14:textId="77777777" w:rsidR="00CF2CEC" w:rsidRPr="000A5031" w:rsidRDefault="00510577" w:rsidP="00234EE6">
      <w:pPr>
        <w:spacing w:after="40" w:line="240" w:lineRule="auto"/>
        <w:rPr>
          <w:rFonts w:ascii="ＭＳ ゴシック" w:eastAsia="ＭＳ ゴシック" w:hAnsi="ＭＳ ゴシック"/>
          <w:lang w:eastAsia="ja-JP"/>
        </w:rPr>
      </w:pPr>
      <w:r w:rsidRPr="000A5031">
        <w:rPr>
          <w:rFonts w:ascii="ＭＳ ゴシック" w:eastAsia="ＭＳ ゴシック" w:hAnsi="ＭＳ ゴシック"/>
          <w:lang w:eastAsia="ja-JP"/>
        </w:rPr>
        <w:t>とくしまマラソン</w:t>
      </w:r>
      <w:r w:rsidR="00381D55" w:rsidRPr="000A5031">
        <w:rPr>
          <w:rFonts w:ascii="ＭＳ ゴシック" w:eastAsia="ＭＳ ゴシック" w:hAnsi="ＭＳ ゴシック" w:hint="eastAsia"/>
          <w:lang w:eastAsia="ja-JP"/>
        </w:rPr>
        <w:t>ビジュアル選考委員会事務局</w:t>
      </w:r>
      <w:r w:rsidR="00297C19" w:rsidRPr="000A5031">
        <w:rPr>
          <w:rFonts w:ascii="ＭＳ ゴシック" w:eastAsia="ＭＳ ゴシック" w:hAnsi="ＭＳ ゴシック" w:hint="eastAsia"/>
          <w:lang w:eastAsia="ja-JP"/>
        </w:rPr>
        <w:t>（株式会社アールビーズ内）</w:t>
      </w:r>
      <w:r w:rsidRPr="000A5031">
        <w:rPr>
          <w:rFonts w:ascii="ＭＳ ゴシック" w:eastAsia="ＭＳ ゴシック" w:hAnsi="ＭＳ ゴシック"/>
          <w:lang w:eastAsia="ja-JP"/>
        </w:rPr>
        <w:t xml:space="preserve">　</w:t>
      </w:r>
    </w:p>
    <w:p w14:paraId="3B5698A0" w14:textId="3DDD3896" w:rsidR="00514130" w:rsidRPr="000A5031" w:rsidRDefault="00510577" w:rsidP="00234EE6">
      <w:pPr>
        <w:spacing w:after="40" w:line="240" w:lineRule="auto"/>
        <w:rPr>
          <w:rFonts w:ascii="ＭＳ ゴシック" w:eastAsia="ＭＳ ゴシック" w:hAnsi="ＭＳ ゴシック"/>
          <w:lang w:eastAsia="ja-JP"/>
        </w:rPr>
      </w:pPr>
      <w:r w:rsidRPr="000A5031">
        <w:rPr>
          <w:rFonts w:ascii="ＭＳ ゴシック" w:eastAsia="ＭＳ ゴシック" w:hAnsi="ＭＳ ゴシック"/>
          <w:lang w:eastAsia="ja-JP"/>
        </w:rPr>
        <w:t>担当：</w:t>
      </w:r>
      <w:r w:rsidR="00381D55" w:rsidRPr="000A5031">
        <w:rPr>
          <w:rFonts w:ascii="ＭＳ ゴシック" w:eastAsia="ＭＳ ゴシック" w:hAnsi="ＭＳ ゴシック" w:hint="eastAsia"/>
          <w:lang w:eastAsia="ja-JP"/>
        </w:rPr>
        <w:t>有田、小野</w:t>
      </w:r>
      <w:r w:rsidR="00036301">
        <w:rPr>
          <w:rFonts w:ascii="ＭＳ ゴシック" w:eastAsia="ＭＳ ゴシック" w:hAnsi="ＭＳ ゴシック" w:hint="eastAsia"/>
          <w:lang w:eastAsia="ja-JP"/>
        </w:rPr>
        <w:t>、桜林</w:t>
      </w:r>
    </w:p>
    <w:p w14:paraId="042A140F" w14:textId="2A1983F6" w:rsidR="00514130" w:rsidRPr="000A5031" w:rsidRDefault="00381D55" w:rsidP="00234EE6">
      <w:pPr>
        <w:spacing w:after="40" w:line="240" w:lineRule="auto"/>
        <w:rPr>
          <w:rFonts w:ascii="ＭＳ ゴシック" w:eastAsia="ＭＳ ゴシック" w:hAnsi="ＭＳ ゴシック"/>
          <w:lang w:eastAsia="ja-JP"/>
        </w:rPr>
      </w:pPr>
      <w:r w:rsidRPr="000A5031">
        <w:rPr>
          <w:rFonts w:ascii="ＭＳ ゴシック" w:eastAsia="ＭＳ ゴシック" w:hAnsi="ＭＳ ゴシック" w:hint="eastAsia"/>
          <w:lang w:eastAsia="ja-JP"/>
        </w:rPr>
        <w:t>〒791-8021愛媛県松山市六軒家町3番24号 丸五ビル1階</w:t>
      </w:r>
    </w:p>
    <w:p w14:paraId="5D50466F" w14:textId="20EF6C90" w:rsidR="00514130" w:rsidRPr="000A5031" w:rsidRDefault="00510577" w:rsidP="00234EE6">
      <w:pPr>
        <w:spacing w:after="40" w:line="240" w:lineRule="auto"/>
        <w:rPr>
          <w:rFonts w:ascii="ＭＳ ゴシック" w:eastAsia="ＭＳ ゴシック" w:hAnsi="ＭＳ ゴシック"/>
        </w:rPr>
      </w:pPr>
      <w:r w:rsidRPr="000A5031">
        <w:rPr>
          <w:rFonts w:ascii="ＭＳ ゴシック" w:eastAsia="ＭＳ ゴシック" w:hAnsi="ＭＳ ゴシック"/>
        </w:rPr>
        <w:t>電話：</w:t>
      </w:r>
      <w:r w:rsidR="00381D55" w:rsidRPr="000A5031">
        <w:rPr>
          <w:rFonts w:ascii="ＭＳ ゴシック" w:eastAsia="ＭＳ ゴシック" w:hAnsi="ＭＳ ゴシック" w:hint="eastAsia"/>
          <w:lang w:eastAsia="ja-JP"/>
        </w:rPr>
        <w:t>089-986-8136</w:t>
      </w:r>
    </w:p>
    <w:p w14:paraId="6BAAF8FF" w14:textId="5492538D" w:rsidR="00514130" w:rsidRPr="000A5031" w:rsidRDefault="00510577" w:rsidP="00234EE6">
      <w:pPr>
        <w:spacing w:after="40" w:line="240" w:lineRule="auto"/>
        <w:rPr>
          <w:rFonts w:ascii="ＭＳ ゴシック" w:eastAsia="ＭＳ ゴシック" w:hAnsi="ＭＳ ゴシック"/>
        </w:rPr>
      </w:pPr>
      <w:r w:rsidRPr="000A5031">
        <w:rPr>
          <w:rFonts w:ascii="ＭＳ ゴシック" w:eastAsia="ＭＳ ゴシック" w:hAnsi="ＭＳ ゴシック"/>
        </w:rPr>
        <w:t>E-mail：</w:t>
      </w:r>
      <w:r w:rsidR="00915F07" w:rsidRPr="000A5031">
        <w:rPr>
          <w:rFonts w:ascii="ＭＳ ゴシック" w:eastAsia="ＭＳ ゴシック" w:hAnsi="ＭＳ ゴシック"/>
        </w:rPr>
        <w:t>event-shikoku@runners.co.jp</w:t>
      </w:r>
    </w:p>
    <w:p w14:paraId="191F4553" w14:textId="77777777" w:rsidR="00514130" w:rsidRPr="000A5031" w:rsidRDefault="00510577">
      <w:pPr>
        <w:rPr>
          <w:rFonts w:ascii="ＭＳ ゴシック" w:eastAsia="ＭＳ ゴシック" w:hAnsi="ＭＳ ゴシック"/>
        </w:rPr>
      </w:pPr>
      <w:r w:rsidRPr="000A5031">
        <w:rPr>
          <w:rFonts w:ascii="ＭＳ ゴシック" w:eastAsia="ＭＳ ゴシック" w:hAnsi="ＭＳ ゴシック"/>
        </w:rPr>
        <w:br w:type="page"/>
      </w:r>
    </w:p>
    <w:p w14:paraId="5FB35033" w14:textId="2779E1C8" w:rsidR="00514130" w:rsidRPr="001179BD" w:rsidRDefault="00510577">
      <w:pPr>
        <w:rPr>
          <w:rFonts w:ascii="ＭＳ ゴシック" w:eastAsia="ＭＳ ゴシック" w:hAnsi="ＭＳ ゴシック"/>
          <w:lang w:eastAsia="ja-JP"/>
        </w:rPr>
      </w:pPr>
      <w:r w:rsidRPr="001179BD">
        <w:rPr>
          <w:rFonts w:ascii="ＭＳ ゴシック" w:eastAsia="ＭＳ ゴシック" w:hAnsi="ＭＳ ゴシック"/>
          <w:b/>
          <w:sz w:val="24"/>
          <w:lang w:eastAsia="ja-JP"/>
        </w:rPr>
        <w:lastRenderedPageBreak/>
        <w:t>別紙１</w:t>
      </w:r>
      <w:r w:rsidRPr="001179BD">
        <w:rPr>
          <w:rFonts w:ascii="ＭＳ ゴシック" w:eastAsia="ＭＳ ゴシック" w:hAnsi="ＭＳ ゴシック"/>
          <w:b/>
          <w:sz w:val="24"/>
          <w:lang w:eastAsia="ja-JP"/>
        </w:rPr>
        <w:br/>
        <w:t>とくしまマラソン２０２７　広報イメージ</w:t>
      </w:r>
    </w:p>
    <w:p w14:paraId="7D18A691" w14:textId="77777777"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１　自然と風景の美しさ</w:t>
      </w:r>
    </w:p>
    <w:p w14:paraId="35BAF40D" w14:textId="6935FF9A"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 xml:space="preserve">　徳島の川・橋・街並み、</w:t>
      </w:r>
      <w:r w:rsidR="008569FA" w:rsidRPr="001179BD">
        <w:rPr>
          <w:rFonts w:ascii="ＭＳ ゴシック" w:eastAsia="ＭＳ ゴシック" w:hAnsi="ＭＳ ゴシック" w:hint="eastAsia"/>
          <w:lang w:eastAsia="ja-JP"/>
        </w:rPr>
        <w:t>鳴門の渦潮、</w:t>
      </w:r>
      <w:r w:rsidRPr="001179BD">
        <w:rPr>
          <w:rFonts w:ascii="ＭＳ ゴシック" w:eastAsia="ＭＳ ゴシック" w:hAnsi="ＭＳ ゴシック"/>
          <w:lang w:eastAsia="ja-JP"/>
        </w:rPr>
        <w:t>そして春の彩り（桜・</w:t>
      </w:r>
      <w:r w:rsidR="008569FA" w:rsidRPr="001179BD">
        <w:rPr>
          <w:rFonts w:ascii="ＭＳ ゴシック" w:eastAsia="ＭＳ ゴシック" w:hAnsi="ＭＳ ゴシック" w:hint="eastAsia"/>
          <w:lang w:eastAsia="ja-JP"/>
        </w:rPr>
        <w:t>チューリップ</w:t>
      </w:r>
      <w:r w:rsidRPr="001179BD">
        <w:rPr>
          <w:rFonts w:ascii="ＭＳ ゴシック" w:eastAsia="ＭＳ ゴシック" w:hAnsi="ＭＳ ゴシック"/>
          <w:lang w:eastAsia="ja-JP"/>
        </w:rPr>
        <w:t>等）を感じられる風景。</w:t>
      </w:r>
    </w:p>
    <w:p w14:paraId="60315570" w14:textId="77777777" w:rsidR="00514130" w:rsidRPr="001179BD" w:rsidRDefault="00514130">
      <w:pPr>
        <w:spacing w:after="40"/>
        <w:rPr>
          <w:rFonts w:ascii="ＭＳ ゴシック" w:eastAsia="ＭＳ ゴシック" w:hAnsi="ＭＳ ゴシック"/>
          <w:lang w:eastAsia="ja-JP"/>
        </w:rPr>
      </w:pPr>
    </w:p>
    <w:p w14:paraId="5FA784CC" w14:textId="77777777"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２　徳島の文化と名産品</w:t>
      </w:r>
    </w:p>
    <w:p w14:paraId="389E8184" w14:textId="141F4F01"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 xml:space="preserve">　徳島らしい食・名産品</w:t>
      </w:r>
      <w:r w:rsidR="00A501D8" w:rsidRPr="001179BD">
        <w:rPr>
          <w:rFonts w:ascii="ＭＳ ゴシック" w:eastAsia="ＭＳ ゴシック" w:hAnsi="ＭＳ ゴシック" w:hint="eastAsia"/>
          <w:lang w:eastAsia="ja-JP"/>
        </w:rPr>
        <w:t>（藍染め</w:t>
      </w:r>
      <w:r w:rsidR="000D222F" w:rsidRPr="001179BD">
        <w:rPr>
          <w:rFonts w:ascii="ＭＳ ゴシック" w:eastAsia="ＭＳ ゴシック" w:hAnsi="ＭＳ ゴシック" w:hint="eastAsia"/>
          <w:lang w:eastAsia="ja-JP"/>
        </w:rPr>
        <w:t>）</w:t>
      </w:r>
      <w:r w:rsidRPr="001179BD">
        <w:rPr>
          <w:rFonts w:ascii="ＭＳ ゴシック" w:eastAsia="ＭＳ ゴシック" w:hAnsi="ＭＳ ゴシック"/>
          <w:lang w:eastAsia="ja-JP"/>
        </w:rPr>
        <w:t>、沿道の応援文化（阿波踊り等）を想起させる要素。</w:t>
      </w:r>
    </w:p>
    <w:p w14:paraId="33DB8503" w14:textId="77777777" w:rsidR="00514130" w:rsidRPr="001179BD" w:rsidRDefault="00514130">
      <w:pPr>
        <w:spacing w:after="40"/>
        <w:rPr>
          <w:rFonts w:ascii="ＭＳ ゴシック" w:eastAsia="ＭＳ ゴシック" w:hAnsi="ＭＳ ゴシック"/>
          <w:lang w:eastAsia="ja-JP"/>
        </w:rPr>
      </w:pPr>
    </w:p>
    <w:p w14:paraId="078A98B0" w14:textId="77777777"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３　熱い地元の応援</w:t>
      </w:r>
    </w:p>
    <w:p w14:paraId="6B104E2F" w14:textId="77777777"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 xml:space="preserve">　ボランティアや観客の温かさ、お接待文化、スタジアムフィニッシュの高揚感。</w:t>
      </w:r>
    </w:p>
    <w:p w14:paraId="6B944E64" w14:textId="77777777" w:rsidR="00514130" w:rsidRPr="001179BD" w:rsidRDefault="00514130">
      <w:pPr>
        <w:spacing w:after="40"/>
        <w:rPr>
          <w:rFonts w:ascii="ＭＳ ゴシック" w:eastAsia="ＭＳ ゴシック" w:hAnsi="ＭＳ ゴシック"/>
          <w:lang w:eastAsia="ja-JP"/>
        </w:rPr>
      </w:pPr>
    </w:p>
    <w:p w14:paraId="33905322" w14:textId="77777777"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４　リニューアル（新コース）</w:t>
      </w:r>
    </w:p>
    <w:p w14:paraId="42D1FC1E" w14:textId="77777777"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 xml:space="preserve">　新たな大会の出発点となる“刷新感”と、県内外へ発信できる象徴性。</w:t>
      </w:r>
    </w:p>
    <w:p w14:paraId="445E76D8" w14:textId="264F842D" w:rsidR="0012577A" w:rsidRPr="001179BD" w:rsidRDefault="0012577A">
      <w:pPr>
        <w:rPr>
          <w:rFonts w:ascii="ＭＳ ゴシック" w:eastAsia="ＭＳ ゴシック" w:hAnsi="ＭＳ ゴシック"/>
          <w:lang w:eastAsia="ja-JP"/>
        </w:rPr>
      </w:pPr>
    </w:p>
    <w:p w14:paraId="3CFF5D2A" w14:textId="634C14CE" w:rsidR="0012577A" w:rsidRPr="001179BD" w:rsidRDefault="0012577A" w:rsidP="0012577A">
      <w:pPr>
        <w:rPr>
          <w:rFonts w:ascii="ＭＳ ゴシック" w:eastAsia="ＭＳ ゴシック" w:hAnsi="ＭＳ ゴシック"/>
          <w:lang w:eastAsia="ja-JP"/>
        </w:rPr>
      </w:pPr>
      <w:r w:rsidRPr="001179BD">
        <w:rPr>
          <w:rFonts w:ascii="ＭＳ ゴシック" w:eastAsia="ＭＳ ゴシック" w:hAnsi="ＭＳ ゴシック" w:hint="eastAsia"/>
          <w:lang w:eastAsia="ja-JP"/>
        </w:rPr>
        <w:t>５　沿道市町のＰＲ</w:t>
      </w:r>
      <w:r w:rsidRPr="001179BD">
        <w:rPr>
          <w:rFonts w:ascii="ＭＳ ゴシック" w:eastAsia="ＭＳ ゴシック" w:hAnsi="ＭＳ ゴシック"/>
          <w:lang w:eastAsia="ja-JP"/>
        </w:rPr>
        <w:tab/>
      </w:r>
    </w:p>
    <w:p w14:paraId="19D69677" w14:textId="478639AC" w:rsidR="0012577A" w:rsidRPr="001179BD" w:rsidRDefault="0012577A" w:rsidP="0012577A">
      <w:pPr>
        <w:rPr>
          <w:rFonts w:ascii="ＭＳ ゴシック" w:eastAsia="ＭＳ ゴシック" w:hAnsi="ＭＳ ゴシック"/>
          <w:lang w:eastAsia="ja-JP"/>
        </w:rPr>
      </w:pPr>
      <w:r w:rsidRPr="001179BD">
        <w:rPr>
          <w:rFonts w:ascii="ＭＳ ゴシック" w:eastAsia="ＭＳ ゴシック" w:hAnsi="ＭＳ ゴシック" w:hint="eastAsia"/>
          <w:lang w:eastAsia="ja-JP"/>
        </w:rPr>
        <w:t xml:space="preserve">　沿道市町を想起させる、ＰＲできるような象徴的なデザイン。</w:t>
      </w:r>
    </w:p>
    <w:p w14:paraId="50F341A8" w14:textId="77777777" w:rsidR="0012577A" w:rsidRPr="001179BD" w:rsidRDefault="0012577A">
      <w:pPr>
        <w:rPr>
          <w:rFonts w:ascii="ＭＳ ゴシック" w:eastAsia="ＭＳ ゴシック" w:hAnsi="ＭＳ ゴシック"/>
          <w:lang w:eastAsia="ja-JP"/>
        </w:rPr>
      </w:pPr>
    </w:p>
    <w:p w14:paraId="7C0B5ACD" w14:textId="77777777" w:rsidR="0012577A" w:rsidRPr="001179BD" w:rsidRDefault="0012577A">
      <w:pPr>
        <w:rPr>
          <w:rFonts w:ascii="ＭＳ ゴシック" w:eastAsia="ＭＳ ゴシック" w:hAnsi="ＭＳ ゴシック"/>
          <w:lang w:eastAsia="ja-JP"/>
        </w:rPr>
      </w:pPr>
    </w:p>
    <w:p w14:paraId="65972ADE" w14:textId="77777777" w:rsidR="0012577A" w:rsidRPr="001179BD" w:rsidRDefault="0012577A">
      <w:pPr>
        <w:rPr>
          <w:rFonts w:ascii="ＭＳ ゴシック" w:eastAsia="ＭＳ ゴシック" w:hAnsi="ＭＳ ゴシック"/>
          <w:lang w:eastAsia="ja-JP"/>
        </w:rPr>
      </w:pPr>
    </w:p>
    <w:p w14:paraId="07BB84F0" w14:textId="77777777" w:rsidR="0012577A" w:rsidRPr="001179BD" w:rsidRDefault="0012577A">
      <w:pPr>
        <w:rPr>
          <w:rFonts w:ascii="ＭＳ ゴシック" w:eastAsia="ＭＳ ゴシック" w:hAnsi="ＭＳ ゴシック"/>
          <w:lang w:eastAsia="ja-JP"/>
        </w:rPr>
      </w:pPr>
    </w:p>
    <w:p w14:paraId="350662B0" w14:textId="77777777" w:rsidR="0012577A" w:rsidRPr="001179BD" w:rsidRDefault="0012577A">
      <w:pPr>
        <w:rPr>
          <w:rFonts w:ascii="ＭＳ ゴシック" w:eastAsia="ＭＳ ゴシック" w:hAnsi="ＭＳ ゴシック"/>
          <w:lang w:eastAsia="ja-JP"/>
        </w:rPr>
      </w:pPr>
    </w:p>
    <w:p w14:paraId="3FC1DC09" w14:textId="77777777" w:rsidR="0012577A" w:rsidRPr="001179BD" w:rsidRDefault="0012577A">
      <w:pPr>
        <w:rPr>
          <w:rFonts w:ascii="ＭＳ ゴシック" w:eastAsia="ＭＳ ゴシック" w:hAnsi="ＭＳ ゴシック"/>
          <w:lang w:eastAsia="ja-JP"/>
        </w:rPr>
      </w:pPr>
    </w:p>
    <w:p w14:paraId="5E647BB8" w14:textId="77777777" w:rsidR="0012577A" w:rsidRPr="001179BD" w:rsidRDefault="0012577A">
      <w:pPr>
        <w:rPr>
          <w:rFonts w:ascii="ＭＳ ゴシック" w:eastAsia="ＭＳ ゴシック" w:hAnsi="ＭＳ ゴシック"/>
          <w:lang w:eastAsia="ja-JP"/>
        </w:rPr>
      </w:pPr>
    </w:p>
    <w:p w14:paraId="0DE1A897" w14:textId="77777777" w:rsidR="0012577A" w:rsidRPr="001179BD" w:rsidRDefault="0012577A">
      <w:pPr>
        <w:rPr>
          <w:rFonts w:ascii="ＭＳ ゴシック" w:eastAsia="ＭＳ ゴシック" w:hAnsi="ＭＳ ゴシック"/>
          <w:lang w:eastAsia="ja-JP"/>
        </w:rPr>
      </w:pPr>
    </w:p>
    <w:p w14:paraId="0B1ACBE2" w14:textId="77777777" w:rsidR="0012577A" w:rsidRPr="001179BD" w:rsidRDefault="0012577A">
      <w:pPr>
        <w:rPr>
          <w:rFonts w:ascii="ＭＳ ゴシック" w:eastAsia="ＭＳ ゴシック" w:hAnsi="ＭＳ ゴシック"/>
          <w:lang w:eastAsia="ja-JP"/>
        </w:rPr>
      </w:pPr>
    </w:p>
    <w:p w14:paraId="16CEC0A0" w14:textId="77777777" w:rsidR="009E265F" w:rsidRDefault="009E265F">
      <w:pPr>
        <w:rPr>
          <w:rFonts w:ascii="ＭＳ ゴシック" w:eastAsia="ＭＳ ゴシック" w:hAnsi="ＭＳ ゴシック"/>
          <w:b/>
          <w:sz w:val="24"/>
          <w:lang w:eastAsia="ja-JP"/>
        </w:rPr>
      </w:pPr>
    </w:p>
    <w:p w14:paraId="38F6B38D" w14:textId="77777777" w:rsidR="009E265F" w:rsidRDefault="009E265F">
      <w:pPr>
        <w:rPr>
          <w:rFonts w:ascii="ＭＳ ゴシック" w:eastAsia="ＭＳ ゴシック" w:hAnsi="ＭＳ ゴシック"/>
          <w:b/>
          <w:sz w:val="24"/>
          <w:lang w:eastAsia="ja-JP"/>
        </w:rPr>
      </w:pPr>
    </w:p>
    <w:p w14:paraId="6BC20320" w14:textId="77777777" w:rsidR="009E265F" w:rsidRDefault="009E265F">
      <w:pPr>
        <w:rPr>
          <w:rFonts w:ascii="ＭＳ ゴシック" w:eastAsia="ＭＳ ゴシック" w:hAnsi="ＭＳ ゴシック"/>
          <w:b/>
          <w:sz w:val="24"/>
          <w:lang w:eastAsia="ja-JP"/>
        </w:rPr>
      </w:pPr>
    </w:p>
    <w:p w14:paraId="1CC54500" w14:textId="77777777" w:rsidR="006C0067" w:rsidRDefault="006C0067">
      <w:pPr>
        <w:rPr>
          <w:rFonts w:ascii="ＭＳ ゴシック" w:eastAsia="ＭＳ ゴシック" w:hAnsi="ＭＳ ゴシック"/>
          <w:b/>
          <w:sz w:val="24"/>
          <w:lang w:eastAsia="ja-JP"/>
        </w:rPr>
      </w:pPr>
    </w:p>
    <w:p w14:paraId="07394CF6" w14:textId="77777777" w:rsidR="006C0067" w:rsidRDefault="006C0067">
      <w:pPr>
        <w:rPr>
          <w:rFonts w:ascii="ＭＳ ゴシック" w:eastAsia="ＭＳ ゴシック" w:hAnsi="ＭＳ ゴシック"/>
          <w:b/>
          <w:sz w:val="24"/>
          <w:lang w:eastAsia="ja-JP"/>
        </w:rPr>
      </w:pPr>
    </w:p>
    <w:p w14:paraId="29B26C5E" w14:textId="77777777" w:rsidR="009E265F" w:rsidRDefault="009E265F">
      <w:pPr>
        <w:rPr>
          <w:rFonts w:ascii="ＭＳ ゴシック" w:eastAsia="ＭＳ ゴシック" w:hAnsi="ＭＳ ゴシック"/>
          <w:b/>
          <w:sz w:val="24"/>
          <w:lang w:eastAsia="ja-JP"/>
        </w:rPr>
      </w:pPr>
    </w:p>
    <w:p w14:paraId="43AFFF95" w14:textId="4D4604B4" w:rsidR="00E2637F" w:rsidRDefault="00510577">
      <w:pPr>
        <w:rPr>
          <w:rFonts w:ascii="ＭＳ ゴシック" w:eastAsia="ＭＳ ゴシック" w:hAnsi="ＭＳ ゴシック"/>
          <w:b/>
          <w:sz w:val="24"/>
          <w:lang w:eastAsia="ja-JP"/>
        </w:rPr>
      </w:pPr>
      <w:r w:rsidRPr="001179BD">
        <w:rPr>
          <w:rFonts w:ascii="ＭＳ ゴシック" w:eastAsia="ＭＳ ゴシック" w:hAnsi="ＭＳ ゴシック"/>
          <w:b/>
          <w:sz w:val="24"/>
          <w:lang w:eastAsia="ja-JP"/>
        </w:rPr>
        <w:lastRenderedPageBreak/>
        <w:t>別紙</w:t>
      </w:r>
      <w:r w:rsidR="009E265F">
        <w:rPr>
          <w:rFonts w:ascii="ＭＳ ゴシック" w:eastAsia="ＭＳ ゴシック" w:hAnsi="ＭＳ ゴシック" w:hint="eastAsia"/>
          <w:b/>
          <w:sz w:val="24"/>
          <w:lang w:eastAsia="ja-JP"/>
        </w:rPr>
        <w:t>２</w:t>
      </w:r>
      <w:r w:rsidRPr="001179BD">
        <w:rPr>
          <w:rFonts w:ascii="ＭＳ ゴシック" w:eastAsia="ＭＳ ゴシック" w:hAnsi="ＭＳ ゴシック"/>
          <w:b/>
          <w:sz w:val="24"/>
          <w:lang w:eastAsia="ja-JP"/>
        </w:rPr>
        <w:br/>
        <w:t>ポスターデザイン案　必須文字情報</w:t>
      </w:r>
      <w:r w:rsidR="00E2637F">
        <w:rPr>
          <w:rFonts w:ascii="ＭＳ ゴシック" w:eastAsia="ＭＳ ゴシック" w:hAnsi="ＭＳ ゴシック"/>
          <w:b/>
          <w:sz w:val="24"/>
          <w:lang w:eastAsia="ja-JP"/>
        </w:rPr>
        <w:br/>
      </w:r>
      <w:r w:rsidR="00E2637F" w:rsidRPr="00F23BA2">
        <w:rPr>
          <w:rFonts w:ascii="ＭＳ ゴシック" w:eastAsia="ＭＳ ゴシック" w:hAnsi="ＭＳ ゴシック" w:hint="eastAsia"/>
          <w:bCs/>
          <w:sz w:val="22"/>
          <w:szCs w:val="21"/>
          <w:lang w:eastAsia="ja-JP"/>
        </w:rPr>
        <w:t>※空欄（○○）部分は未定事項です。デザイン案は記載スペースを空けた状態で提出ください。</w:t>
      </w:r>
    </w:p>
    <w:p w14:paraId="341B98A3" w14:textId="77777777" w:rsidR="00E2637F" w:rsidRPr="00F23BA2" w:rsidRDefault="00E2637F">
      <w:pPr>
        <w:rPr>
          <w:rFonts w:ascii="ＭＳ ゴシック" w:eastAsia="ＭＳ ゴシック" w:hAnsi="ＭＳ ゴシック"/>
          <w:b/>
          <w:sz w:val="24"/>
          <w:lang w:eastAsia="ja-JP"/>
        </w:rPr>
      </w:pPr>
    </w:p>
    <w:p w14:paraId="57AF72E2" w14:textId="77777777"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■大会名</w:t>
      </w:r>
    </w:p>
    <w:p w14:paraId="00D72B89" w14:textId="77777777"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 xml:space="preserve">　とくしまマラソン２０２７</w:t>
      </w:r>
    </w:p>
    <w:p w14:paraId="59ADDBAB" w14:textId="77777777"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■開催日</w:t>
      </w:r>
    </w:p>
    <w:p w14:paraId="7DD11219" w14:textId="7B55FE25"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 xml:space="preserve">　２０２７年３月</w:t>
      </w:r>
      <w:r w:rsidR="000A5031">
        <w:rPr>
          <w:rFonts w:ascii="ＭＳ ゴシック" w:eastAsia="ＭＳ ゴシック" w:hAnsi="ＭＳ ゴシック" w:hint="eastAsia"/>
          <w:lang w:eastAsia="ja-JP"/>
        </w:rPr>
        <w:t>１４</w:t>
      </w:r>
      <w:r w:rsidRPr="001179BD">
        <w:rPr>
          <w:rFonts w:ascii="ＭＳ ゴシック" w:eastAsia="ＭＳ ゴシック" w:hAnsi="ＭＳ ゴシック"/>
          <w:lang w:eastAsia="ja-JP"/>
        </w:rPr>
        <w:t>日（</w:t>
      </w:r>
      <w:r w:rsidR="000A5031">
        <w:rPr>
          <w:rFonts w:ascii="ＭＳ ゴシック" w:eastAsia="ＭＳ ゴシック" w:hAnsi="ＭＳ ゴシック" w:hint="eastAsia"/>
          <w:lang w:eastAsia="ja-JP"/>
        </w:rPr>
        <w:t>日</w:t>
      </w:r>
      <w:r w:rsidRPr="001179BD">
        <w:rPr>
          <w:rFonts w:ascii="ＭＳ ゴシック" w:eastAsia="ＭＳ ゴシック" w:hAnsi="ＭＳ ゴシック"/>
          <w:lang w:eastAsia="ja-JP"/>
        </w:rPr>
        <w:t>）</w:t>
      </w:r>
    </w:p>
    <w:p w14:paraId="58B052B9" w14:textId="77777777"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■種目・募集定員</w:t>
      </w:r>
    </w:p>
    <w:p w14:paraId="7F6276F8" w14:textId="496CF6F2"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 xml:space="preserve">　マラソン：</w:t>
      </w:r>
      <w:r w:rsidR="000A5031">
        <w:rPr>
          <w:rFonts w:ascii="ＭＳ ゴシック" w:eastAsia="ＭＳ ゴシック" w:hAnsi="ＭＳ ゴシック" w:hint="eastAsia"/>
          <w:lang w:eastAsia="ja-JP"/>
        </w:rPr>
        <w:t>8,500</w:t>
      </w:r>
      <w:r w:rsidRPr="001179BD">
        <w:rPr>
          <w:rFonts w:ascii="ＭＳ ゴシック" w:eastAsia="ＭＳ ゴシック" w:hAnsi="ＭＳ ゴシック"/>
          <w:lang w:eastAsia="ja-JP"/>
        </w:rPr>
        <w:t>名（先着順・WEB申込み）</w:t>
      </w:r>
    </w:p>
    <w:p w14:paraId="7F7AFA48" w14:textId="04E570C7"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 xml:space="preserve">　</w:t>
      </w:r>
      <w:r w:rsidR="007344B6" w:rsidRPr="001179BD">
        <w:rPr>
          <w:rFonts w:ascii="ＭＳ ゴシック" w:eastAsia="ＭＳ ゴシック" w:hAnsi="ＭＳ ゴシック" w:hint="eastAsia"/>
          <w:lang w:eastAsia="ja-JP"/>
        </w:rPr>
        <w:t>チャレンジラン</w:t>
      </w:r>
      <w:r w:rsidRPr="001179BD">
        <w:rPr>
          <w:rFonts w:ascii="ＭＳ ゴシック" w:eastAsia="ＭＳ ゴシック" w:hAnsi="ＭＳ ゴシック"/>
          <w:lang w:eastAsia="ja-JP"/>
        </w:rPr>
        <w:t>（</w:t>
      </w:r>
      <w:r w:rsidR="000A5031">
        <w:rPr>
          <w:rFonts w:ascii="ＭＳ ゴシック" w:eastAsia="ＭＳ ゴシック" w:hAnsi="ＭＳ ゴシック" w:hint="eastAsia"/>
          <w:lang w:eastAsia="ja-JP"/>
        </w:rPr>
        <w:t>約</w:t>
      </w:r>
      <w:r w:rsidRPr="001179BD">
        <w:rPr>
          <w:rFonts w:ascii="ＭＳ ゴシック" w:eastAsia="ＭＳ ゴシック" w:hAnsi="ＭＳ ゴシック"/>
          <w:lang w:eastAsia="ja-JP"/>
        </w:rPr>
        <w:t>1.</w:t>
      </w:r>
      <w:r w:rsidR="000A5031">
        <w:rPr>
          <w:rFonts w:ascii="ＭＳ ゴシック" w:eastAsia="ＭＳ ゴシック" w:hAnsi="ＭＳ ゴシック" w:hint="eastAsia"/>
          <w:lang w:eastAsia="ja-JP"/>
        </w:rPr>
        <w:t>7</w:t>
      </w:r>
      <w:r w:rsidRPr="001179BD">
        <w:rPr>
          <w:rFonts w:ascii="ＭＳ ゴシック" w:eastAsia="ＭＳ ゴシック" w:hAnsi="ＭＳ ゴシック"/>
          <w:lang w:eastAsia="ja-JP"/>
        </w:rPr>
        <w:t>㎞）：◯◯◯名（先着順・WEB申込み）</w:t>
      </w:r>
    </w:p>
    <w:p w14:paraId="61D2D311" w14:textId="6B84584C"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■参加料</w:t>
      </w:r>
    </w:p>
    <w:p w14:paraId="6FF80F09" w14:textId="77777777"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 xml:space="preserve">　マラソン：◯，◯◯◯円</w:t>
      </w:r>
    </w:p>
    <w:p w14:paraId="1A65C0A3" w14:textId="30619181"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 xml:space="preserve">　</w:t>
      </w:r>
      <w:r w:rsidR="007344B6" w:rsidRPr="001179BD">
        <w:rPr>
          <w:rFonts w:ascii="ＭＳ ゴシック" w:eastAsia="ＭＳ ゴシック" w:hAnsi="ＭＳ ゴシック" w:hint="eastAsia"/>
          <w:lang w:eastAsia="ja-JP"/>
        </w:rPr>
        <w:t>チャレンジ</w:t>
      </w:r>
      <w:r w:rsidRPr="001179BD">
        <w:rPr>
          <w:rFonts w:ascii="ＭＳ ゴシック" w:eastAsia="ＭＳ ゴシック" w:hAnsi="ＭＳ ゴシック"/>
          <w:lang w:eastAsia="ja-JP"/>
        </w:rPr>
        <w:t>ラン：小中学生◯，◯◯◯円　高校生以上◯，◯◯◯円</w:t>
      </w:r>
    </w:p>
    <w:p w14:paraId="138BF207" w14:textId="77777777"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■申込期間</w:t>
      </w:r>
    </w:p>
    <w:p w14:paraId="7AD0ABD0" w14:textId="77777777"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 xml:space="preserve">　令和◯年◯月◯日（◯）から◯月◯日（◯）まで</w:t>
      </w:r>
    </w:p>
    <w:p w14:paraId="325C5063" w14:textId="77777777"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■問い合わせ先</w:t>
      </w:r>
    </w:p>
    <w:p w14:paraId="1A84A954" w14:textId="15F0228C"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 xml:space="preserve">　とくしまマラソン実行委員会事務局（徳島県スポーツ</w:t>
      </w:r>
      <w:r w:rsidR="007344B6" w:rsidRPr="001179BD">
        <w:rPr>
          <w:rFonts w:ascii="ＭＳ ゴシック" w:eastAsia="ＭＳ ゴシック" w:hAnsi="ＭＳ ゴシック" w:hint="eastAsia"/>
          <w:lang w:eastAsia="ja-JP"/>
        </w:rPr>
        <w:t>振興</w:t>
      </w:r>
      <w:r w:rsidRPr="001179BD">
        <w:rPr>
          <w:rFonts w:ascii="ＭＳ ゴシック" w:eastAsia="ＭＳ ゴシック" w:hAnsi="ＭＳ ゴシック"/>
          <w:lang w:eastAsia="ja-JP"/>
        </w:rPr>
        <w:t>課</w:t>
      </w:r>
      <w:r w:rsidR="007344B6" w:rsidRPr="001179BD">
        <w:rPr>
          <w:rFonts w:ascii="ＭＳ ゴシック" w:eastAsia="ＭＳ ゴシック" w:hAnsi="ＭＳ ゴシック" w:hint="eastAsia"/>
          <w:lang w:eastAsia="ja-JP"/>
        </w:rPr>
        <w:t>スポーツ交流室</w:t>
      </w:r>
      <w:r w:rsidRPr="001179BD">
        <w:rPr>
          <w:rFonts w:ascii="ＭＳ ゴシック" w:eastAsia="ＭＳ ゴシック" w:hAnsi="ＭＳ ゴシック"/>
          <w:lang w:eastAsia="ja-JP"/>
        </w:rPr>
        <w:t>内）</w:t>
      </w:r>
    </w:p>
    <w:p w14:paraId="6E60BA4E" w14:textId="7981814D"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 xml:space="preserve">　電話</w:t>
      </w:r>
      <w:r w:rsidR="0022162A" w:rsidRPr="001179BD">
        <w:rPr>
          <w:rFonts w:ascii="ＭＳ ゴシック" w:eastAsia="ＭＳ ゴシック" w:hAnsi="ＭＳ ゴシック" w:hint="eastAsia"/>
          <w:lang w:eastAsia="ja-JP"/>
        </w:rPr>
        <w:t xml:space="preserve"> 〇〇〇</w:t>
      </w:r>
      <w:r w:rsidRPr="001179BD">
        <w:rPr>
          <w:rFonts w:ascii="ＭＳ ゴシック" w:eastAsia="ＭＳ ゴシック" w:hAnsi="ＭＳ ゴシック"/>
          <w:lang w:eastAsia="ja-JP"/>
        </w:rPr>
        <w:t>（平日10:00～17:00）</w:t>
      </w:r>
    </w:p>
    <w:p w14:paraId="0FD8246C" w14:textId="668B409C"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 xml:space="preserve">　FAX </w:t>
      </w:r>
      <w:r w:rsidR="0022162A" w:rsidRPr="001179BD">
        <w:rPr>
          <w:rFonts w:ascii="ＭＳ ゴシック" w:eastAsia="ＭＳ ゴシック" w:hAnsi="ＭＳ ゴシック" w:hint="eastAsia"/>
          <w:lang w:eastAsia="ja-JP"/>
        </w:rPr>
        <w:t>〇〇〇</w:t>
      </w:r>
    </w:p>
    <w:p w14:paraId="71F9EDDE" w14:textId="7EA5D07A"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 xml:space="preserve">　E-mail　</w:t>
      </w:r>
      <w:r w:rsidR="004C7BD6" w:rsidRPr="001179BD">
        <w:rPr>
          <w:rFonts w:ascii="ＭＳ ゴシック" w:eastAsia="ＭＳ ゴシック" w:hAnsi="ＭＳ ゴシック" w:hint="eastAsia"/>
          <w:lang w:eastAsia="ja-JP"/>
        </w:rPr>
        <w:t>〇〇</w:t>
      </w:r>
    </w:p>
    <w:p w14:paraId="1C27450D" w14:textId="77777777"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■主催</w:t>
      </w:r>
    </w:p>
    <w:p w14:paraId="4A2D563B" w14:textId="77777777" w:rsidR="00550CF3" w:rsidRPr="00550CF3" w:rsidRDefault="00510577" w:rsidP="00550CF3">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 xml:space="preserve">　</w:t>
      </w:r>
      <w:r w:rsidR="00550CF3" w:rsidRPr="00550CF3">
        <w:rPr>
          <w:rFonts w:ascii="ＭＳ ゴシック" w:eastAsia="ＭＳ ゴシック" w:hAnsi="ＭＳ ゴシック" w:hint="eastAsia"/>
          <w:lang w:eastAsia="ja-JP"/>
        </w:rPr>
        <w:t>徳島県、徳島市、徳島陸上競技協会、徳島県教育委員会、徳島市教育委員会、徳島県パラスポーツ協会、徳島新聞社</w:t>
      </w:r>
    </w:p>
    <w:p w14:paraId="33A2453B" w14:textId="77777777"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■主管</w:t>
      </w:r>
    </w:p>
    <w:p w14:paraId="7346ADBD" w14:textId="77777777" w:rsidR="00514130"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 xml:space="preserve">　とくしまマラソン実行委員会</w:t>
      </w:r>
    </w:p>
    <w:p w14:paraId="5652A6F3" w14:textId="77777777" w:rsidR="00550CF3" w:rsidRPr="001179BD" w:rsidRDefault="00550CF3">
      <w:pPr>
        <w:spacing w:after="40"/>
        <w:rPr>
          <w:rFonts w:ascii="ＭＳ ゴシック" w:eastAsia="ＭＳ ゴシック" w:hAnsi="ＭＳ ゴシック"/>
          <w:lang w:eastAsia="ja-JP"/>
        </w:rPr>
      </w:pPr>
    </w:p>
    <w:p w14:paraId="79842C89" w14:textId="3C9B9E16" w:rsidR="00514130" w:rsidRPr="001179BD" w:rsidRDefault="00510577">
      <w:pPr>
        <w:spacing w:after="40"/>
        <w:rPr>
          <w:rFonts w:ascii="ＭＳ ゴシック" w:eastAsia="ＭＳ ゴシック" w:hAnsi="ＭＳ ゴシック"/>
          <w:lang w:eastAsia="ja-JP"/>
        </w:rPr>
      </w:pPr>
      <w:r w:rsidRPr="001179BD">
        <w:rPr>
          <w:rFonts w:ascii="ＭＳ ゴシック" w:eastAsia="ＭＳ ゴシック" w:hAnsi="ＭＳ ゴシック"/>
          <w:lang w:eastAsia="ja-JP"/>
        </w:rPr>
        <w:t>※こちらの情報は、あくまでポスター</w:t>
      </w:r>
      <w:r w:rsidR="00F23BA2" w:rsidRPr="00F23BA2">
        <w:rPr>
          <w:rFonts w:ascii="ＭＳ ゴシック" w:eastAsia="ＭＳ ゴシック" w:hAnsi="ＭＳ ゴシック" w:hint="eastAsia"/>
          <w:lang w:eastAsia="ja-JP"/>
        </w:rPr>
        <w:t>デザイン</w:t>
      </w:r>
      <w:r w:rsidRPr="001179BD">
        <w:rPr>
          <w:rFonts w:ascii="ＭＳ ゴシック" w:eastAsia="ＭＳ ゴシック" w:hAnsi="ＭＳ ゴシック"/>
          <w:lang w:eastAsia="ja-JP"/>
        </w:rPr>
        <w:t>案用のイメージ文字情報です。</w:t>
      </w:r>
    </w:p>
    <w:p w14:paraId="3F2D3AE0" w14:textId="492698D0" w:rsidR="00F23BA2" w:rsidRPr="001179BD" w:rsidRDefault="001455CA">
      <w:pPr>
        <w:spacing w:after="40"/>
        <w:rPr>
          <w:rFonts w:ascii="ＭＳ ゴシック" w:eastAsia="ＭＳ ゴシック" w:hAnsi="ＭＳ ゴシック" w:hint="eastAsia"/>
          <w:lang w:eastAsia="ja-JP"/>
        </w:rPr>
      </w:pPr>
      <w:r w:rsidRPr="001455CA">
        <w:rPr>
          <w:rFonts w:ascii="ＭＳ ゴシック" w:eastAsia="ＭＳ ゴシック" w:hAnsi="ＭＳ ゴシック" w:hint="eastAsia"/>
          <w:lang w:eastAsia="ja-JP"/>
        </w:rPr>
        <w:t xml:space="preserve">　　　　　　　　　　　</w:t>
      </w:r>
    </w:p>
    <w:p w14:paraId="6BFBEC1C" w14:textId="77777777" w:rsidR="007344B6" w:rsidRPr="001179BD" w:rsidRDefault="007344B6">
      <w:pPr>
        <w:spacing w:after="40"/>
        <w:rPr>
          <w:rFonts w:ascii="ＭＳ ゴシック" w:eastAsia="ＭＳ ゴシック" w:hAnsi="ＭＳ ゴシック"/>
          <w:lang w:eastAsia="ja-JP"/>
        </w:rPr>
      </w:pPr>
    </w:p>
    <w:p w14:paraId="5547E7CB" w14:textId="77777777" w:rsidR="007344B6" w:rsidRPr="001179BD" w:rsidRDefault="007344B6">
      <w:pPr>
        <w:spacing w:after="40"/>
        <w:rPr>
          <w:rFonts w:ascii="ＭＳ ゴシック" w:eastAsia="ＭＳ ゴシック" w:hAnsi="ＭＳ ゴシック"/>
          <w:lang w:eastAsia="ja-JP"/>
        </w:rPr>
      </w:pPr>
    </w:p>
    <w:p w14:paraId="14668849" w14:textId="77777777" w:rsidR="00F855ED" w:rsidRDefault="00F855ED">
      <w:pPr>
        <w:spacing w:after="40"/>
        <w:rPr>
          <w:rFonts w:ascii="ＭＳ ゴシック" w:eastAsia="ＭＳ ゴシック" w:hAnsi="ＭＳ ゴシック"/>
          <w:lang w:eastAsia="ja-JP"/>
        </w:rPr>
      </w:pPr>
    </w:p>
    <w:p w14:paraId="0564E39C" w14:textId="77777777" w:rsidR="006C0067" w:rsidRDefault="006C0067">
      <w:pPr>
        <w:spacing w:after="40"/>
        <w:rPr>
          <w:rFonts w:ascii="ＭＳ ゴシック" w:eastAsia="ＭＳ ゴシック" w:hAnsi="ＭＳ ゴシック"/>
          <w:lang w:eastAsia="ja-JP"/>
        </w:rPr>
      </w:pPr>
    </w:p>
    <w:p w14:paraId="7243FCD0" w14:textId="77777777" w:rsidR="00922B0E" w:rsidRDefault="00922B0E">
      <w:pPr>
        <w:spacing w:after="40"/>
        <w:rPr>
          <w:rFonts w:ascii="ＭＳ ゴシック" w:eastAsia="ＭＳ ゴシック" w:hAnsi="ＭＳ ゴシック"/>
          <w:lang w:eastAsia="ja-JP"/>
        </w:rPr>
      </w:pPr>
    </w:p>
    <w:p w14:paraId="70DD32BA" w14:textId="77777777" w:rsidR="00922B0E" w:rsidRPr="001455CA" w:rsidRDefault="00922B0E">
      <w:pPr>
        <w:spacing w:after="40"/>
        <w:rPr>
          <w:rFonts w:ascii="ＭＳ ゴシック" w:eastAsia="ＭＳ ゴシック" w:hAnsi="ＭＳ ゴシック"/>
          <w:lang w:eastAsia="ja-JP"/>
        </w:rPr>
      </w:pPr>
    </w:p>
    <w:p w14:paraId="40D103FD" w14:textId="77777777" w:rsidR="00922B0E" w:rsidRDefault="00922B0E">
      <w:pPr>
        <w:spacing w:after="40"/>
        <w:rPr>
          <w:rFonts w:ascii="ＭＳ ゴシック" w:eastAsia="ＭＳ ゴシック" w:hAnsi="ＭＳ ゴシック"/>
          <w:lang w:eastAsia="ja-JP"/>
        </w:rPr>
      </w:pPr>
    </w:p>
    <w:p w14:paraId="75A54C01" w14:textId="77777777" w:rsidR="00922B0E" w:rsidRDefault="00922B0E">
      <w:pPr>
        <w:spacing w:after="40"/>
        <w:rPr>
          <w:rFonts w:ascii="ＭＳ ゴシック" w:eastAsia="ＭＳ ゴシック" w:hAnsi="ＭＳ ゴシック"/>
          <w:lang w:eastAsia="ja-JP"/>
        </w:rPr>
      </w:pPr>
    </w:p>
    <w:p w14:paraId="7F3B3D5E" w14:textId="77777777" w:rsidR="00922B0E" w:rsidRDefault="00922B0E">
      <w:pPr>
        <w:spacing w:after="40"/>
        <w:rPr>
          <w:rFonts w:ascii="ＭＳ ゴシック" w:eastAsia="ＭＳ ゴシック" w:hAnsi="ＭＳ ゴシック"/>
          <w:lang w:eastAsia="ja-JP"/>
        </w:rPr>
      </w:pPr>
    </w:p>
    <w:p w14:paraId="1BBEA885" w14:textId="77777777" w:rsidR="00922B0E" w:rsidRDefault="00922B0E">
      <w:pPr>
        <w:spacing w:after="40"/>
        <w:rPr>
          <w:rFonts w:ascii="ＭＳ ゴシック" w:eastAsia="ＭＳ ゴシック" w:hAnsi="ＭＳ ゴシック"/>
          <w:lang w:eastAsia="ja-JP"/>
        </w:rPr>
      </w:pPr>
    </w:p>
    <w:p w14:paraId="665D8933" w14:textId="77777777" w:rsidR="006C0067" w:rsidRDefault="006C0067">
      <w:pPr>
        <w:spacing w:after="40"/>
        <w:rPr>
          <w:rFonts w:ascii="ＭＳ ゴシック" w:eastAsia="ＭＳ ゴシック" w:hAnsi="ＭＳ ゴシック"/>
          <w:lang w:eastAsia="ja-JP"/>
        </w:rPr>
      </w:pPr>
    </w:p>
    <w:p w14:paraId="242358CD" w14:textId="26B4CD83" w:rsidR="006C0067" w:rsidRPr="00922B0E" w:rsidRDefault="00922B0E">
      <w:pPr>
        <w:spacing w:after="40"/>
        <w:rPr>
          <w:rFonts w:ascii="ＭＳ ゴシック" w:eastAsia="ＭＳ ゴシック" w:hAnsi="ＭＳ ゴシック"/>
          <w:sz w:val="24"/>
          <w:szCs w:val="28"/>
          <w:lang w:eastAsia="ja-JP"/>
        </w:rPr>
      </w:pPr>
      <w:r w:rsidRPr="001179BD">
        <w:rPr>
          <w:rFonts w:ascii="ＭＳ ゴシック" w:eastAsia="ＭＳ ゴシック" w:hAnsi="ＭＳ ゴシック"/>
          <w:b/>
          <w:sz w:val="24"/>
          <w:lang w:eastAsia="ja-JP"/>
        </w:rPr>
        <w:lastRenderedPageBreak/>
        <w:t>別紙</w:t>
      </w:r>
      <w:r>
        <w:rPr>
          <w:rFonts w:ascii="ＭＳ ゴシック" w:eastAsia="ＭＳ ゴシック" w:hAnsi="ＭＳ ゴシック" w:hint="eastAsia"/>
          <w:b/>
          <w:sz w:val="24"/>
          <w:lang w:eastAsia="ja-JP"/>
        </w:rPr>
        <w:t>３</w:t>
      </w:r>
      <w:r w:rsidRPr="001179BD">
        <w:rPr>
          <w:rFonts w:ascii="ＭＳ ゴシック" w:eastAsia="ＭＳ ゴシック" w:hAnsi="ＭＳ ゴシック"/>
          <w:b/>
          <w:sz w:val="24"/>
          <w:lang w:eastAsia="ja-JP"/>
        </w:rPr>
        <w:br/>
      </w:r>
      <w:r w:rsidRPr="00922B0E">
        <w:rPr>
          <w:rFonts w:ascii="ＭＳ ゴシック" w:eastAsia="ＭＳ ゴシック" w:hAnsi="ＭＳ ゴシック" w:hint="eastAsia"/>
          <w:sz w:val="24"/>
          <w:szCs w:val="28"/>
          <w:lang w:eastAsia="ja-JP"/>
        </w:rPr>
        <w:t>選定後のデザイン業務一式（予定）</w:t>
      </w:r>
    </w:p>
    <w:tbl>
      <w:tblPr>
        <w:tblW w:w="8740" w:type="dxa"/>
        <w:tblCellMar>
          <w:left w:w="99" w:type="dxa"/>
          <w:right w:w="99" w:type="dxa"/>
        </w:tblCellMar>
        <w:tblLook w:val="04A0" w:firstRow="1" w:lastRow="0" w:firstColumn="1" w:lastColumn="0" w:noHBand="0" w:noVBand="1"/>
      </w:tblPr>
      <w:tblGrid>
        <w:gridCol w:w="580"/>
        <w:gridCol w:w="3840"/>
        <w:gridCol w:w="4320"/>
      </w:tblGrid>
      <w:tr w:rsidR="004C7BD6" w:rsidRPr="004C7BD6" w14:paraId="7773BE25" w14:textId="77777777" w:rsidTr="004C7BD6">
        <w:trPr>
          <w:trHeight w:val="260"/>
        </w:trPr>
        <w:tc>
          <w:tcPr>
            <w:tcW w:w="580"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442ADD7C" w14:textId="77777777" w:rsidR="004C7BD6" w:rsidRPr="004C7BD6" w:rsidRDefault="004C7BD6" w:rsidP="004C7BD6">
            <w:pPr>
              <w:spacing w:after="0" w:line="240" w:lineRule="auto"/>
              <w:jc w:val="center"/>
              <w:rPr>
                <w:rFonts w:ascii="ＭＳ ゴシック" w:eastAsia="ＭＳ ゴシック" w:hAnsi="ＭＳ ゴシック" w:cs="ＭＳ Ｐゴシック"/>
                <w:color w:val="FFFFFF"/>
                <w:sz w:val="22"/>
                <w:lang w:eastAsia="ja-JP"/>
              </w:rPr>
            </w:pPr>
            <w:r w:rsidRPr="004C7BD6">
              <w:rPr>
                <w:rFonts w:ascii="ＭＳ ゴシック" w:eastAsia="ＭＳ ゴシック" w:hAnsi="ＭＳ ゴシック" w:cs="ＭＳ Ｐゴシック" w:hint="eastAsia"/>
                <w:color w:val="FFFFFF"/>
                <w:sz w:val="22"/>
                <w:lang w:eastAsia="ja-JP"/>
              </w:rPr>
              <w:t>番号</w:t>
            </w:r>
          </w:p>
        </w:tc>
        <w:tc>
          <w:tcPr>
            <w:tcW w:w="3840" w:type="dxa"/>
            <w:tcBorders>
              <w:top w:val="single" w:sz="4" w:space="0" w:color="auto"/>
              <w:left w:val="nil"/>
              <w:bottom w:val="single" w:sz="4" w:space="0" w:color="auto"/>
              <w:right w:val="single" w:sz="4" w:space="0" w:color="auto"/>
            </w:tcBorders>
            <w:shd w:val="clear" w:color="000000" w:fill="808080"/>
            <w:noWrap/>
            <w:vAlign w:val="center"/>
            <w:hideMark/>
          </w:tcPr>
          <w:p w14:paraId="3B7FB052" w14:textId="77777777" w:rsidR="004C7BD6" w:rsidRPr="004C7BD6" w:rsidRDefault="004C7BD6" w:rsidP="004C7BD6">
            <w:pPr>
              <w:spacing w:after="0" w:line="240" w:lineRule="auto"/>
              <w:jc w:val="center"/>
              <w:rPr>
                <w:rFonts w:ascii="ＭＳ ゴシック" w:eastAsia="ＭＳ ゴシック" w:hAnsi="ＭＳ ゴシック" w:cs="ＭＳ Ｐゴシック"/>
                <w:color w:val="FFFFFF"/>
                <w:sz w:val="22"/>
                <w:lang w:eastAsia="ja-JP"/>
              </w:rPr>
            </w:pPr>
            <w:r w:rsidRPr="004C7BD6">
              <w:rPr>
                <w:rFonts w:ascii="ＭＳ ゴシック" w:eastAsia="ＭＳ ゴシック" w:hAnsi="ＭＳ ゴシック" w:cs="ＭＳ Ｐゴシック" w:hint="eastAsia"/>
                <w:color w:val="FFFFFF"/>
                <w:sz w:val="22"/>
                <w:lang w:eastAsia="ja-JP"/>
              </w:rPr>
              <w:t>デザイン種類</w:t>
            </w:r>
          </w:p>
        </w:tc>
        <w:tc>
          <w:tcPr>
            <w:tcW w:w="4320" w:type="dxa"/>
            <w:tcBorders>
              <w:top w:val="single" w:sz="4" w:space="0" w:color="auto"/>
              <w:left w:val="nil"/>
              <w:bottom w:val="single" w:sz="4" w:space="0" w:color="auto"/>
              <w:right w:val="single" w:sz="4" w:space="0" w:color="auto"/>
            </w:tcBorders>
            <w:shd w:val="clear" w:color="000000" w:fill="808080"/>
            <w:noWrap/>
            <w:vAlign w:val="center"/>
            <w:hideMark/>
          </w:tcPr>
          <w:p w14:paraId="2C9BFE33" w14:textId="77777777" w:rsidR="004C7BD6" w:rsidRPr="004C7BD6" w:rsidRDefault="004C7BD6" w:rsidP="004C7BD6">
            <w:pPr>
              <w:spacing w:after="0" w:line="240" w:lineRule="auto"/>
              <w:jc w:val="center"/>
              <w:rPr>
                <w:rFonts w:ascii="ＭＳ ゴシック" w:eastAsia="ＭＳ ゴシック" w:hAnsi="ＭＳ ゴシック" w:cs="ＭＳ Ｐゴシック"/>
                <w:color w:val="FFFFFF"/>
                <w:sz w:val="22"/>
                <w:lang w:eastAsia="ja-JP"/>
              </w:rPr>
            </w:pPr>
            <w:r w:rsidRPr="004C7BD6">
              <w:rPr>
                <w:rFonts w:ascii="ＭＳ ゴシック" w:eastAsia="ＭＳ ゴシック" w:hAnsi="ＭＳ ゴシック" w:cs="ＭＳ Ｐゴシック" w:hint="eastAsia"/>
                <w:color w:val="FFFFFF"/>
                <w:sz w:val="22"/>
                <w:lang w:eastAsia="ja-JP"/>
              </w:rPr>
              <w:t>適用</w:t>
            </w:r>
          </w:p>
        </w:tc>
      </w:tr>
      <w:tr w:rsidR="004C7BD6" w:rsidRPr="004C7BD6" w14:paraId="0CBA07B5" w14:textId="77777777" w:rsidTr="004C7BD6">
        <w:trPr>
          <w:trHeight w:val="260"/>
        </w:trPr>
        <w:tc>
          <w:tcPr>
            <w:tcW w:w="580" w:type="dxa"/>
            <w:tcBorders>
              <w:top w:val="nil"/>
              <w:left w:val="single" w:sz="4" w:space="0" w:color="auto"/>
              <w:bottom w:val="single" w:sz="4" w:space="0" w:color="auto"/>
              <w:right w:val="single" w:sz="4" w:space="0" w:color="auto"/>
            </w:tcBorders>
            <w:noWrap/>
            <w:vAlign w:val="center"/>
            <w:hideMark/>
          </w:tcPr>
          <w:p w14:paraId="2E52868E" w14:textId="77777777" w:rsidR="004C7BD6" w:rsidRPr="004C7BD6" w:rsidRDefault="004C7BD6" w:rsidP="004C7BD6">
            <w:pPr>
              <w:spacing w:after="0" w:line="240" w:lineRule="auto"/>
              <w:jc w:val="center"/>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1</w:t>
            </w:r>
          </w:p>
        </w:tc>
        <w:tc>
          <w:tcPr>
            <w:tcW w:w="3840" w:type="dxa"/>
            <w:tcBorders>
              <w:top w:val="nil"/>
              <w:left w:val="nil"/>
              <w:bottom w:val="single" w:sz="4" w:space="0" w:color="auto"/>
              <w:right w:val="single" w:sz="4" w:space="0" w:color="auto"/>
            </w:tcBorders>
            <w:noWrap/>
            <w:vAlign w:val="center"/>
            <w:hideMark/>
          </w:tcPr>
          <w:p w14:paraId="2F00CBD4" w14:textId="77777777" w:rsidR="004C7BD6" w:rsidRPr="004C7BD6" w:rsidRDefault="004C7BD6" w:rsidP="004C7BD6">
            <w:pPr>
              <w:spacing w:after="0" w:line="240" w:lineRule="auto"/>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ポスターデザイン</w:t>
            </w:r>
          </w:p>
        </w:tc>
        <w:tc>
          <w:tcPr>
            <w:tcW w:w="4320" w:type="dxa"/>
            <w:tcBorders>
              <w:top w:val="nil"/>
              <w:left w:val="nil"/>
              <w:bottom w:val="single" w:sz="4" w:space="0" w:color="auto"/>
              <w:right w:val="single" w:sz="4" w:space="0" w:color="auto"/>
            </w:tcBorders>
            <w:noWrap/>
            <w:vAlign w:val="center"/>
            <w:hideMark/>
          </w:tcPr>
          <w:p w14:paraId="4C98607A" w14:textId="77777777" w:rsidR="004C7BD6" w:rsidRPr="004C7BD6" w:rsidRDefault="004C7BD6" w:rsidP="004C7BD6">
            <w:pPr>
              <w:spacing w:after="0" w:line="240" w:lineRule="auto"/>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B2サイズ</w:t>
            </w:r>
          </w:p>
        </w:tc>
      </w:tr>
      <w:tr w:rsidR="004C7BD6" w:rsidRPr="004C7BD6" w14:paraId="772CD29F" w14:textId="77777777" w:rsidTr="004C7BD6">
        <w:trPr>
          <w:trHeight w:val="260"/>
        </w:trPr>
        <w:tc>
          <w:tcPr>
            <w:tcW w:w="580" w:type="dxa"/>
            <w:tcBorders>
              <w:top w:val="nil"/>
              <w:left w:val="single" w:sz="4" w:space="0" w:color="auto"/>
              <w:bottom w:val="single" w:sz="4" w:space="0" w:color="auto"/>
              <w:right w:val="single" w:sz="4" w:space="0" w:color="auto"/>
            </w:tcBorders>
            <w:noWrap/>
            <w:vAlign w:val="center"/>
            <w:hideMark/>
          </w:tcPr>
          <w:p w14:paraId="57C666FF" w14:textId="77777777" w:rsidR="004C7BD6" w:rsidRPr="004C7BD6" w:rsidRDefault="004C7BD6" w:rsidP="004C7BD6">
            <w:pPr>
              <w:spacing w:after="0" w:line="240" w:lineRule="auto"/>
              <w:jc w:val="center"/>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2</w:t>
            </w:r>
          </w:p>
        </w:tc>
        <w:tc>
          <w:tcPr>
            <w:tcW w:w="3840" w:type="dxa"/>
            <w:tcBorders>
              <w:top w:val="nil"/>
              <w:left w:val="nil"/>
              <w:bottom w:val="single" w:sz="4" w:space="0" w:color="auto"/>
              <w:right w:val="single" w:sz="4" w:space="0" w:color="auto"/>
            </w:tcBorders>
            <w:noWrap/>
            <w:vAlign w:val="center"/>
            <w:hideMark/>
          </w:tcPr>
          <w:p w14:paraId="716A1FF9" w14:textId="77777777" w:rsidR="004C7BD6" w:rsidRPr="004C7BD6" w:rsidRDefault="004C7BD6" w:rsidP="004C7BD6">
            <w:pPr>
              <w:spacing w:after="0" w:line="240" w:lineRule="auto"/>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募集要項表面デザイン</w:t>
            </w:r>
          </w:p>
        </w:tc>
        <w:tc>
          <w:tcPr>
            <w:tcW w:w="4320" w:type="dxa"/>
            <w:tcBorders>
              <w:top w:val="nil"/>
              <w:left w:val="nil"/>
              <w:bottom w:val="single" w:sz="4" w:space="0" w:color="auto"/>
              <w:right w:val="single" w:sz="4" w:space="0" w:color="auto"/>
            </w:tcBorders>
            <w:noWrap/>
            <w:vAlign w:val="center"/>
            <w:hideMark/>
          </w:tcPr>
          <w:p w14:paraId="0F597D69" w14:textId="77777777" w:rsidR="004C7BD6" w:rsidRPr="004C7BD6" w:rsidRDefault="004C7BD6" w:rsidP="004C7BD6">
            <w:pPr>
              <w:spacing w:after="0" w:line="240" w:lineRule="auto"/>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ポスターデザインを元に制作(A4サイズ)</w:t>
            </w:r>
          </w:p>
        </w:tc>
      </w:tr>
      <w:tr w:rsidR="004C7BD6" w:rsidRPr="004C7BD6" w14:paraId="0CC2A7C6" w14:textId="77777777" w:rsidTr="004C7BD6">
        <w:trPr>
          <w:trHeight w:val="260"/>
        </w:trPr>
        <w:tc>
          <w:tcPr>
            <w:tcW w:w="580" w:type="dxa"/>
            <w:tcBorders>
              <w:top w:val="nil"/>
              <w:left w:val="single" w:sz="4" w:space="0" w:color="auto"/>
              <w:bottom w:val="single" w:sz="4" w:space="0" w:color="auto"/>
              <w:right w:val="single" w:sz="4" w:space="0" w:color="auto"/>
            </w:tcBorders>
            <w:noWrap/>
            <w:vAlign w:val="center"/>
            <w:hideMark/>
          </w:tcPr>
          <w:p w14:paraId="0D9927C8" w14:textId="77777777" w:rsidR="004C7BD6" w:rsidRPr="004C7BD6" w:rsidRDefault="004C7BD6" w:rsidP="004C7BD6">
            <w:pPr>
              <w:spacing w:after="0" w:line="240" w:lineRule="auto"/>
              <w:jc w:val="center"/>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3</w:t>
            </w:r>
          </w:p>
        </w:tc>
        <w:tc>
          <w:tcPr>
            <w:tcW w:w="3840" w:type="dxa"/>
            <w:tcBorders>
              <w:top w:val="nil"/>
              <w:left w:val="nil"/>
              <w:bottom w:val="single" w:sz="4" w:space="0" w:color="auto"/>
              <w:right w:val="single" w:sz="4" w:space="0" w:color="auto"/>
            </w:tcBorders>
            <w:noWrap/>
            <w:vAlign w:val="center"/>
            <w:hideMark/>
          </w:tcPr>
          <w:p w14:paraId="4797ED9C" w14:textId="77777777" w:rsidR="004C7BD6" w:rsidRPr="004C7BD6" w:rsidRDefault="004C7BD6" w:rsidP="004C7BD6">
            <w:pPr>
              <w:spacing w:after="0" w:line="240" w:lineRule="auto"/>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大会プログラム表紙デザイン</w:t>
            </w:r>
          </w:p>
        </w:tc>
        <w:tc>
          <w:tcPr>
            <w:tcW w:w="4320" w:type="dxa"/>
            <w:tcBorders>
              <w:top w:val="nil"/>
              <w:left w:val="nil"/>
              <w:bottom w:val="single" w:sz="4" w:space="0" w:color="auto"/>
              <w:right w:val="single" w:sz="4" w:space="0" w:color="auto"/>
            </w:tcBorders>
            <w:noWrap/>
            <w:vAlign w:val="center"/>
            <w:hideMark/>
          </w:tcPr>
          <w:p w14:paraId="2A835E3A" w14:textId="77777777" w:rsidR="004C7BD6" w:rsidRPr="004C7BD6" w:rsidRDefault="004C7BD6" w:rsidP="004C7BD6">
            <w:pPr>
              <w:spacing w:after="0" w:line="240" w:lineRule="auto"/>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A4サイズ</w:t>
            </w:r>
          </w:p>
        </w:tc>
      </w:tr>
      <w:tr w:rsidR="004C7BD6" w:rsidRPr="004C7BD6" w14:paraId="216DD8E8" w14:textId="77777777" w:rsidTr="004C7BD6">
        <w:trPr>
          <w:trHeight w:val="260"/>
        </w:trPr>
        <w:tc>
          <w:tcPr>
            <w:tcW w:w="580" w:type="dxa"/>
            <w:tcBorders>
              <w:top w:val="nil"/>
              <w:left w:val="single" w:sz="4" w:space="0" w:color="auto"/>
              <w:bottom w:val="single" w:sz="4" w:space="0" w:color="auto"/>
              <w:right w:val="single" w:sz="4" w:space="0" w:color="auto"/>
            </w:tcBorders>
            <w:noWrap/>
            <w:vAlign w:val="center"/>
            <w:hideMark/>
          </w:tcPr>
          <w:p w14:paraId="22AAFC19" w14:textId="77777777" w:rsidR="004C7BD6" w:rsidRPr="004C7BD6" w:rsidRDefault="004C7BD6" w:rsidP="004C7BD6">
            <w:pPr>
              <w:spacing w:after="0" w:line="240" w:lineRule="auto"/>
              <w:jc w:val="center"/>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4</w:t>
            </w:r>
          </w:p>
        </w:tc>
        <w:tc>
          <w:tcPr>
            <w:tcW w:w="3840" w:type="dxa"/>
            <w:tcBorders>
              <w:top w:val="nil"/>
              <w:left w:val="nil"/>
              <w:bottom w:val="single" w:sz="4" w:space="0" w:color="auto"/>
              <w:right w:val="single" w:sz="4" w:space="0" w:color="auto"/>
            </w:tcBorders>
            <w:noWrap/>
            <w:vAlign w:val="center"/>
            <w:hideMark/>
          </w:tcPr>
          <w:p w14:paraId="14960228" w14:textId="77777777" w:rsidR="004C7BD6" w:rsidRPr="004C7BD6" w:rsidRDefault="004C7BD6" w:rsidP="004C7BD6">
            <w:pPr>
              <w:spacing w:after="0" w:line="240" w:lineRule="auto"/>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新聞広告デザイン</w:t>
            </w:r>
          </w:p>
        </w:tc>
        <w:tc>
          <w:tcPr>
            <w:tcW w:w="4320" w:type="dxa"/>
            <w:tcBorders>
              <w:top w:val="nil"/>
              <w:left w:val="nil"/>
              <w:bottom w:val="single" w:sz="4" w:space="0" w:color="auto"/>
              <w:right w:val="single" w:sz="4" w:space="0" w:color="auto"/>
            </w:tcBorders>
            <w:noWrap/>
            <w:vAlign w:val="center"/>
            <w:hideMark/>
          </w:tcPr>
          <w:p w14:paraId="59DD7F6A" w14:textId="77777777" w:rsidR="004C7BD6" w:rsidRPr="004C7BD6" w:rsidRDefault="004C7BD6" w:rsidP="004C7BD6">
            <w:pPr>
              <w:spacing w:after="0" w:line="240" w:lineRule="auto"/>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エントリー開始15段広告</w:t>
            </w:r>
          </w:p>
        </w:tc>
      </w:tr>
      <w:tr w:rsidR="004C7BD6" w:rsidRPr="004C7BD6" w14:paraId="557C1BA0" w14:textId="77777777" w:rsidTr="004C7BD6">
        <w:trPr>
          <w:trHeight w:val="260"/>
        </w:trPr>
        <w:tc>
          <w:tcPr>
            <w:tcW w:w="580" w:type="dxa"/>
            <w:tcBorders>
              <w:top w:val="nil"/>
              <w:left w:val="single" w:sz="4" w:space="0" w:color="auto"/>
              <w:bottom w:val="single" w:sz="4" w:space="0" w:color="auto"/>
              <w:right w:val="single" w:sz="4" w:space="0" w:color="auto"/>
            </w:tcBorders>
            <w:noWrap/>
            <w:vAlign w:val="center"/>
            <w:hideMark/>
          </w:tcPr>
          <w:p w14:paraId="0E26F621" w14:textId="77777777" w:rsidR="004C7BD6" w:rsidRPr="004C7BD6" w:rsidRDefault="004C7BD6" w:rsidP="004C7BD6">
            <w:pPr>
              <w:spacing w:after="0" w:line="240" w:lineRule="auto"/>
              <w:jc w:val="center"/>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5</w:t>
            </w:r>
          </w:p>
        </w:tc>
        <w:tc>
          <w:tcPr>
            <w:tcW w:w="3840" w:type="dxa"/>
            <w:tcBorders>
              <w:top w:val="nil"/>
              <w:left w:val="nil"/>
              <w:bottom w:val="single" w:sz="4" w:space="0" w:color="auto"/>
              <w:right w:val="single" w:sz="4" w:space="0" w:color="auto"/>
            </w:tcBorders>
            <w:noWrap/>
            <w:vAlign w:val="center"/>
            <w:hideMark/>
          </w:tcPr>
          <w:p w14:paraId="07BD0C29" w14:textId="77777777" w:rsidR="004C7BD6" w:rsidRPr="004C7BD6" w:rsidRDefault="004C7BD6" w:rsidP="004C7BD6">
            <w:pPr>
              <w:spacing w:after="0" w:line="240" w:lineRule="auto"/>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WEBバナーデザイン</w:t>
            </w:r>
          </w:p>
        </w:tc>
        <w:tc>
          <w:tcPr>
            <w:tcW w:w="4320" w:type="dxa"/>
            <w:tcBorders>
              <w:top w:val="nil"/>
              <w:left w:val="nil"/>
              <w:bottom w:val="single" w:sz="4" w:space="0" w:color="auto"/>
              <w:right w:val="single" w:sz="4" w:space="0" w:color="auto"/>
            </w:tcBorders>
            <w:noWrap/>
            <w:vAlign w:val="center"/>
            <w:hideMark/>
          </w:tcPr>
          <w:p w14:paraId="7A882EE6" w14:textId="77777777" w:rsidR="004C7BD6" w:rsidRPr="004C7BD6" w:rsidRDefault="004C7BD6" w:rsidP="004C7BD6">
            <w:pPr>
              <w:spacing w:after="0" w:line="240" w:lineRule="auto"/>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ポスターデザインを元に制作</w:t>
            </w:r>
          </w:p>
        </w:tc>
      </w:tr>
      <w:tr w:rsidR="004C7BD6" w:rsidRPr="004C7BD6" w14:paraId="699F70FC" w14:textId="77777777" w:rsidTr="004C7BD6">
        <w:trPr>
          <w:trHeight w:val="260"/>
        </w:trPr>
        <w:tc>
          <w:tcPr>
            <w:tcW w:w="580" w:type="dxa"/>
            <w:tcBorders>
              <w:top w:val="nil"/>
              <w:left w:val="single" w:sz="4" w:space="0" w:color="auto"/>
              <w:bottom w:val="single" w:sz="4" w:space="0" w:color="auto"/>
              <w:right w:val="single" w:sz="4" w:space="0" w:color="auto"/>
            </w:tcBorders>
            <w:noWrap/>
            <w:vAlign w:val="center"/>
            <w:hideMark/>
          </w:tcPr>
          <w:p w14:paraId="153C9C86" w14:textId="77777777" w:rsidR="004C7BD6" w:rsidRPr="004C7BD6" w:rsidRDefault="004C7BD6" w:rsidP="004C7BD6">
            <w:pPr>
              <w:spacing w:after="0" w:line="240" w:lineRule="auto"/>
              <w:jc w:val="center"/>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6</w:t>
            </w:r>
          </w:p>
        </w:tc>
        <w:tc>
          <w:tcPr>
            <w:tcW w:w="3840" w:type="dxa"/>
            <w:tcBorders>
              <w:top w:val="nil"/>
              <w:left w:val="nil"/>
              <w:bottom w:val="single" w:sz="4" w:space="0" w:color="auto"/>
              <w:right w:val="single" w:sz="4" w:space="0" w:color="auto"/>
            </w:tcBorders>
            <w:noWrap/>
            <w:vAlign w:val="center"/>
            <w:hideMark/>
          </w:tcPr>
          <w:p w14:paraId="514D7A86" w14:textId="77777777" w:rsidR="004C7BD6" w:rsidRPr="004C7BD6" w:rsidRDefault="004C7BD6" w:rsidP="004C7BD6">
            <w:pPr>
              <w:spacing w:after="0" w:line="240" w:lineRule="auto"/>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大会HP用ビジュアル</w:t>
            </w:r>
          </w:p>
        </w:tc>
        <w:tc>
          <w:tcPr>
            <w:tcW w:w="4320" w:type="dxa"/>
            <w:tcBorders>
              <w:top w:val="nil"/>
              <w:left w:val="nil"/>
              <w:bottom w:val="single" w:sz="4" w:space="0" w:color="auto"/>
              <w:right w:val="single" w:sz="4" w:space="0" w:color="auto"/>
            </w:tcBorders>
            <w:noWrap/>
            <w:vAlign w:val="center"/>
            <w:hideMark/>
          </w:tcPr>
          <w:p w14:paraId="24624936" w14:textId="77777777" w:rsidR="004C7BD6" w:rsidRPr="004C7BD6" w:rsidRDefault="004C7BD6" w:rsidP="004C7BD6">
            <w:pPr>
              <w:spacing w:after="0" w:line="240" w:lineRule="auto"/>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ポスターデザインを元に制作</w:t>
            </w:r>
          </w:p>
        </w:tc>
      </w:tr>
      <w:tr w:rsidR="004C7BD6" w:rsidRPr="004C7BD6" w14:paraId="216FAD48" w14:textId="77777777" w:rsidTr="004C7BD6">
        <w:trPr>
          <w:trHeight w:val="260"/>
        </w:trPr>
        <w:tc>
          <w:tcPr>
            <w:tcW w:w="580" w:type="dxa"/>
            <w:tcBorders>
              <w:top w:val="nil"/>
              <w:left w:val="single" w:sz="4" w:space="0" w:color="auto"/>
              <w:bottom w:val="single" w:sz="4" w:space="0" w:color="auto"/>
              <w:right w:val="single" w:sz="4" w:space="0" w:color="auto"/>
            </w:tcBorders>
            <w:noWrap/>
            <w:vAlign w:val="center"/>
            <w:hideMark/>
          </w:tcPr>
          <w:p w14:paraId="24BE619E" w14:textId="77777777" w:rsidR="004C7BD6" w:rsidRPr="004C7BD6" w:rsidRDefault="004C7BD6" w:rsidP="004C7BD6">
            <w:pPr>
              <w:spacing w:after="0" w:line="240" w:lineRule="auto"/>
              <w:jc w:val="center"/>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7</w:t>
            </w:r>
          </w:p>
        </w:tc>
        <w:tc>
          <w:tcPr>
            <w:tcW w:w="3840" w:type="dxa"/>
            <w:tcBorders>
              <w:top w:val="nil"/>
              <w:left w:val="nil"/>
              <w:bottom w:val="single" w:sz="4" w:space="0" w:color="auto"/>
              <w:right w:val="single" w:sz="4" w:space="0" w:color="auto"/>
            </w:tcBorders>
            <w:noWrap/>
            <w:vAlign w:val="center"/>
            <w:hideMark/>
          </w:tcPr>
          <w:p w14:paraId="36B3BDB8" w14:textId="77777777" w:rsidR="004C7BD6" w:rsidRPr="004C7BD6" w:rsidRDefault="004C7BD6" w:rsidP="004C7BD6">
            <w:pPr>
              <w:spacing w:after="0" w:line="240" w:lineRule="auto"/>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完走メダルデザイン</w:t>
            </w:r>
          </w:p>
        </w:tc>
        <w:tc>
          <w:tcPr>
            <w:tcW w:w="4320" w:type="dxa"/>
            <w:tcBorders>
              <w:top w:val="nil"/>
              <w:left w:val="nil"/>
              <w:bottom w:val="single" w:sz="4" w:space="0" w:color="auto"/>
              <w:right w:val="single" w:sz="4" w:space="0" w:color="auto"/>
            </w:tcBorders>
            <w:noWrap/>
            <w:vAlign w:val="center"/>
            <w:hideMark/>
          </w:tcPr>
          <w:p w14:paraId="28821516" w14:textId="77777777" w:rsidR="004C7BD6" w:rsidRPr="004C7BD6" w:rsidRDefault="004C7BD6" w:rsidP="004C7BD6">
            <w:pPr>
              <w:spacing w:after="0" w:line="240" w:lineRule="auto"/>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メダル本体とリボンのデザイン</w:t>
            </w:r>
          </w:p>
        </w:tc>
      </w:tr>
      <w:tr w:rsidR="004C7BD6" w:rsidRPr="004C7BD6" w14:paraId="4E7674C4" w14:textId="77777777" w:rsidTr="004C7BD6">
        <w:trPr>
          <w:trHeight w:val="260"/>
        </w:trPr>
        <w:tc>
          <w:tcPr>
            <w:tcW w:w="580" w:type="dxa"/>
            <w:tcBorders>
              <w:top w:val="nil"/>
              <w:left w:val="single" w:sz="4" w:space="0" w:color="auto"/>
              <w:bottom w:val="single" w:sz="4" w:space="0" w:color="auto"/>
              <w:right w:val="single" w:sz="4" w:space="0" w:color="auto"/>
            </w:tcBorders>
            <w:noWrap/>
            <w:vAlign w:val="center"/>
            <w:hideMark/>
          </w:tcPr>
          <w:p w14:paraId="54577726" w14:textId="77777777" w:rsidR="004C7BD6" w:rsidRPr="004C7BD6" w:rsidRDefault="004C7BD6" w:rsidP="004C7BD6">
            <w:pPr>
              <w:spacing w:after="0" w:line="240" w:lineRule="auto"/>
              <w:jc w:val="center"/>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8</w:t>
            </w:r>
          </w:p>
        </w:tc>
        <w:tc>
          <w:tcPr>
            <w:tcW w:w="3840" w:type="dxa"/>
            <w:tcBorders>
              <w:top w:val="nil"/>
              <w:left w:val="nil"/>
              <w:bottom w:val="single" w:sz="4" w:space="0" w:color="auto"/>
              <w:right w:val="single" w:sz="4" w:space="0" w:color="auto"/>
            </w:tcBorders>
            <w:noWrap/>
            <w:vAlign w:val="center"/>
            <w:hideMark/>
          </w:tcPr>
          <w:p w14:paraId="3A82DE66" w14:textId="77777777" w:rsidR="004C7BD6" w:rsidRPr="004C7BD6" w:rsidRDefault="004C7BD6" w:rsidP="004C7BD6">
            <w:pPr>
              <w:spacing w:after="0" w:line="240" w:lineRule="auto"/>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完走タオルデザイン</w:t>
            </w:r>
          </w:p>
        </w:tc>
        <w:tc>
          <w:tcPr>
            <w:tcW w:w="4320" w:type="dxa"/>
            <w:tcBorders>
              <w:top w:val="nil"/>
              <w:left w:val="nil"/>
              <w:bottom w:val="single" w:sz="4" w:space="0" w:color="auto"/>
              <w:right w:val="single" w:sz="4" w:space="0" w:color="auto"/>
            </w:tcBorders>
            <w:noWrap/>
            <w:vAlign w:val="center"/>
            <w:hideMark/>
          </w:tcPr>
          <w:p w14:paraId="499AB09E" w14:textId="77777777" w:rsidR="004C7BD6" w:rsidRPr="004C7BD6" w:rsidRDefault="004C7BD6" w:rsidP="004C7BD6">
            <w:pPr>
              <w:spacing w:after="0" w:line="240" w:lineRule="auto"/>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 xml:space="preserve">　</w:t>
            </w:r>
          </w:p>
        </w:tc>
      </w:tr>
      <w:tr w:rsidR="004C7BD6" w:rsidRPr="004C7BD6" w14:paraId="3C696F53" w14:textId="77777777" w:rsidTr="004C7BD6">
        <w:trPr>
          <w:trHeight w:val="260"/>
        </w:trPr>
        <w:tc>
          <w:tcPr>
            <w:tcW w:w="580" w:type="dxa"/>
            <w:tcBorders>
              <w:top w:val="nil"/>
              <w:left w:val="single" w:sz="4" w:space="0" w:color="auto"/>
              <w:bottom w:val="single" w:sz="4" w:space="0" w:color="auto"/>
              <w:right w:val="single" w:sz="4" w:space="0" w:color="auto"/>
            </w:tcBorders>
            <w:noWrap/>
            <w:vAlign w:val="center"/>
            <w:hideMark/>
          </w:tcPr>
          <w:p w14:paraId="316A551A" w14:textId="77777777" w:rsidR="004C7BD6" w:rsidRPr="004C7BD6" w:rsidRDefault="004C7BD6" w:rsidP="004C7BD6">
            <w:pPr>
              <w:spacing w:after="0" w:line="240" w:lineRule="auto"/>
              <w:jc w:val="center"/>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9</w:t>
            </w:r>
          </w:p>
        </w:tc>
        <w:tc>
          <w:tcPr>
            <w:tcW w:w="3840" w:type="dxa"/>
            <w:tcBorders>
              <w:top w:val="nil"/>
              <w:left w:val="nil"/>
              <w:bottom w:val="single" w:sz="4" w:space="0" w:color="auto"/>
              <w:right w:val="single" w:sz="4" w:space="0" w:color="auto"/>
            </w:tcBorders>
            <w:noWrap/>
            <w:vAlign w:val="center"/>
            <w:hideMark/>
          </w:tcPr>
          <w:p w14:paraId="574F8E60" w14:textId="77777777" w:rsidR="004C7BD6" w:rsidRPr="004C7BD6" w:rsidRDefault="004C7BD6" w:rsidP="004C7BD6">
            <w:pPr>
              <w:spacing w:after="0" w:line="240" w:lineRule="auto"/>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ボランティア配布用タオルデザイン</w:t>
            </w:r>
          </w:p>
        </w:tc>
        <w:tc>
          <w:tcPr>
            <w:tcW w:w="4320" w:type="dxa"/>
            <w:tcBorders>
              <w:top w:val="nil"/>
              <w:left w:val="nil"/>
              <w:bottom w:val="single" w:sz="4" w:space="0" w:color="auto"/>
              <w:right w:val="single" w:sz="4" w:space="0" w:color="auto"/>
            </w:tcBorders>
            <w:noWrap/>
            <w:vAlign w:val="center"/>
            <w:hideMark/>
          </w:tcPr>
          <w:p w14:paraId="2215E11A" w14:textId="77777777" w:rsidR="004C7BD6" w:rsidRPr="004C7BD6" w:rsidRDefault="004C7BD6" w:rsidP="004C7BD6">
            <w:pPr>
              <w:spacing w:after="0" w:line="240" w:lineRule="auto"/>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 xml:space="preserve">　</w:t>
            </w:r>
          </w:p>
        </w:tc>
      </w:tr>
      <w:tr w:rsidR="004C7BD6" w:rsidRPr="004C7BD6" w14:paraId="6E629A75" w14:textId="77777777" w:rsidTr="004C7BD6">
        <w:trPr>
          <w:trHeight w:val="260"/>
        </w:trPr>
        <w:tc>
          <w:tcPr>
            <w:tcW w:w="580" w:type="dxa"/>
            <w:tcBorders>
              <w:top w:val="nil"/>
              <w:left w:val="single" w:sz="4" w:space="0" w:color="auto"/>
              <w:bottom w:val="single" w:sz="4" w:space="0" w:color="auto"/>
              <w:right w:val="single" w:sz="4" w:space="0" w:color="auto"/>
            </w:tcBorders>
            <w:noWrap/>
            <w:vAlign w:val="center"/>
            <w:hideMark/>
          </w:tcPr>
          <w:p w14:paraId="33E08491" w14:textId="77777777" w:rsidR="004C7BD6" w:rsidRPr="004C7BD6" w:rsidRDefault="004C7BD6" w:rsidP="004C7BD6">
            <w:pPr>
              <w:spacing w:after="0" w:line="240" w:lineRule="auto"/>
              <w:jc w:val="center"/>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10</w:t>
            </w:r>
          </w:p>
        </w:tc>
        <w:tc>
          <w:tcPr>
            <w:tcW w:w="3840" w:type="dxa"/>
            <w:tcBorders>
              <w:top w:val="nil"/>
              <w:left w:val="nil"/>
              <w:bottom w:val="single" w:sz="4" w:space="0" w:color="auto"/>
              <w:right w:val="single" w:sz="4" w:space="0" w:color="auto"/>
            </w:tcBorders>
            <w:noWrap/>
            <w:vAlign w:val="center"/>
            <w:hideMark/>
          </w:tcPr>
          <w:p w14:paraId="474A781B" w14:textId="77777777" w:rsidR="004C7BD6" w:rsidRPr="004C7BD6" w:rsidRDefault="004C7BD6" w:rsidP="004C7BD6">
            <w:pPr>
              <w:spacing w:after="0" w:line="240" w:lineRule="auto"/>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参加賞Tシャツデザイン</w:t>
            </w:r>
          </w:p>
        </w:tc>
        <w:tc>
          <w:tcPr>
            <w:tcW w:w="4320" w:type="dxa"/>
            <w:tcBorders>
              <w:top w:val="nil"/>
              <w:left w:val="nil"/>
              <w:bottom w:val="single" w:sz="4" w:space="0" w:color="auto"/>
              <w:right w:val="single" w:sz="4" w:space="0" w:color="auto"/>
            </w:tcBorders>
            <w:noWrap/>
            <w:vAlign w:val="center"/>
            <w:hideMark/>
          </w:tcPr>
          <w:p w14:paraId="0EEE7DF3" w14:textId="77777777" w:rsidR="004C7BD6" w:rsidRPr="004C7BD6" w:rsidRDefault="004C7BD6" w:rsidP="004C7BD6">
            <w:pPr>
              <w:spacing w:after="0" w:line="240" w:lineRule="auto"/>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 xml:space="preserve">　</w:t>
            </w:r>
          </w:p>
        </w:tc>
      </w:tr>
      <w:tr w:rsidR="004C7BD6" w:rsidRPr="004C7BD6" w14:paraId="711FA533" w14:textId="77777777" w:rsidTr="004C7BD6">
        <w:trPr>
          <w:trHeight w:val="260"/>
        </w:trPr>
        <w:tc>
          <w:tcPr>
            <w:tcW w:w="580" w:type="dxa"/>
            <w:tcBorders>
              <w:top w:val="nil"/>
              <w:left w:val="single" w:sz="4" w:space="0" w:color="auto"/>
              <w:bottom w:val="single" w:sz="4" w:space="0" w:color="auto"/>
              <w:right w:val="single" w:sz="4" w:space="0" w:color="auto"/>
            </w:tcBorders>
            <w:noWrap/>
            <w:vAlign w:val="center"/>
            <w:hideMark/>
          </w:tcPr>
          <w:p w14:paraId="57CC69C5" w14:textId="77777777" w:rsidR="004C7BD6" w:rsidRPr="004C7BD6" w:rsidRDefault="004C7BD6" w:rsidP="004C7BD6">
            <w:pPr>
              <w:spacing w:after="0" w:line="240" w:lineRule="auto"/>
              <w:jc w:val="center"/>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11</w:t>
            </w:r>
          </w:p>
        </w:tc>
        <w:tc>
          <w:tcPr>
            <w:tcW w:w="3840" w:type="dxa"/>
            <w:tcBorders>
              <w:top w:val="nil"/>
              <w:left w:val="nil"/>
              <w:bottom w:val="single" w:sz="4" w:space="0" w:color="auto"/>
              <w:right w:val="single" w:sz="4" w:space="0" w:color="auto"/>
            </w:tcBorders>
            <w:noWrap/>
            <w:vAlign w:val="center"/>
            <w:hideMark/>
          </w:tcPr>
          <w:p w14:paraId="5802A0BA" w14:textId="77777777" w:rsidR="004C7BD6" w:rsidRPr="004C7BD6" w:rsidRDefault="004C7BD6" w:rsidP="004C7BD6">
            <w:pPr>
              <w:spacing w:after="0" w:line="240" w:lineRule="auto"/>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表彰状デザイン</w:t>
            </w:r>
          </w:p>
        </w:tc>
        <w:tc>
          <w:tcPr>
            <w:tcW w:w="4320" w:type="dxa"/>
            <w:tcBorders>
              <w:top w:val="nil"/>
              <w:left w:val="nil"/>
              <w:bottom w:val="single" w:sz="4" w:space="0" w:color="auto"/>
              <w:right w:val="single" w:sz="4" w:space="0" w:color="auto"/>
            </w:tcBorders>
            <w:noWrap/>
            <w:vAlign w:val="center"/>
            <w:hideMark/>
          </w:tcPr>
          <w:p w14:paraId="77DCEA91" w14:textId="77777777" w:rsidR="004C7BD6" w:rsidRPr="004C7BD6" w:rsidRDefault="004C7BD6" w:rsidP="004C7BD6">
            <w:pPr>
              <w:spacing w:after="0" w:line="240" w:lineRule="auto"/>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A4サイズ</w:t>
            </w:r>
          </w:p>
        </w:tc>
      </w:tr>
      <w:tr w:rsidR="004C7BD6" w:rsidRPr="004C7BD6" w14:paraId="27E4EAE2" w14:textId="77777777" w:rsidTr="004C7BD6">
        <w:trPr>
          <w:trHeight w:val="260"/>
        </w:trPr>
        <w:tc>
          <w:tcPr>
            <w:tcW w:w="580" w:type="dxa"/>
            <w:tcBorders>
              <w:top w:val="nil"/>
              <w:left w:val="single" w:sz="4" w:space="0" w:color="auto"/>
              <w:bottom w:val="single" w:sz="4" w:space="0" w:color="auto"/>
              <w:right w:val="single" w:sz="4" w:space="0" w:color="auto"/>
            </w:tcBorders>
            <w:noWrap/>
            <w:vAlign w:val="center"/>
            <w:hideMark/>
          </w:tcPr>
          <w:p w14:paraId="66117E5A" w14:textId="77777777" w:rsidR="004C7BD6" w:rsidRPr="004C7BD6" w:rsidRDefault="004C7BD6" w:rsidP="004C7BD6">
            <w:pPr>
              <w:spacing w:after="0" w:line="240" w:lineRule="auto"/>
              <w:jc w:val="center"/>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12</w:t>
            </w:r>
          </w:p>
        </w:tc>
        <w:tc>
          <w:tcPr>
            <w:tcW w:w="3840" w:type="dxa"/>
            <w:tcBorders>
              <w:top w:val="nil"/>
              <w:left w:val="nil"/>
              <w:bottom w:val="single" w:sz="4" w:space="0" w:color="auto"/>
              <w:right w:val="single" w:sz="4" w:space="0" w:color="auto"/>
            </w:tcBorders>
            <w:noWrap/>
            <w:vAlign w:val="center"/>
            <w:hideMark/>
          </w:tcPr>
          <w:p w14:paraId="48292108" w14:textId="77777777" w:rsidR="004C7BD6" w:rsidRPr="004C7BD6" w:rsidRDefault="004C7BD6" w:rsidP="004C7BD6">
            <w:pPr>
              <w:spacing w:after="0" w:line="240" w:lineRule="auto"/>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WEB完走証デザイン</w:t>
            </w:r>
          </w:p>
        </w:tc>
        <w:tc>
          <w:tcPr>
            <w:tcW w:w="4320" w:type="dxa"/>
            <w:tcBorders>
              <w:top w:val="nil"/>
              <w:left w:val="nil"/>
              <w:bottom w:val="single" w:sz="4" w:space="0" w:color="auto"/>
              <w:right w:val="single" w:sz="4" w:space="0" w:color="auto"/>
            </w:tcBorders>
            <w:noWrap/>
            <w:vAlign w:val="center"/>
            <w:hideMark/>
          </w:tcPr>
          <w:p w14:paraId="6CE4FDAE" w14:textId="77777777" w:rsidR="004C7BD6" w:rsidRPr="004C7BD6" w:rsidRDefault="004C7BD6" w:rsidP="004C7BD6">
            <w:pPr>
              <w:spacing w:after="0" w:line="240" w:lineRule="auto"/>
              <w:rPr>
                <w:rFonts w:ascii="ＭＳ ゴシック" w:eastAsia="ＭＳ ゴシック" w:hAnsi="ＭＳ ゴシック" w:cs="ＭＳ Ｐゴシック"/>
                <w:color w:val="000000"/>
                <w:sz w:val="22"/>
                <w:lang w:eastAsia="ja-JP"/>
              </w:rPr>
            </w:pPr>
            <w:r w:rsidRPr="004C7BD6">
              <w:rPr>
                <w:rFonts w:ascii="ＭＳ ゴシック" w:eastAsia="ＭＳ ゴシック" w:hAnsi="ＭＳ ゴシック" w:cs="ＭＳ Ｐゴシック" w:hint="eastAsia"/>
                <w:color w:val="000000"/>
                <w:sz w:val="22"/>
                <w:lang w:eastAsia="ja-JP"/>
              </w:rPr>
              <w:t>A4サイズ</w:t>
            </w:r>
          </w:p>
        </w:tc>
      </w:tr>
    </w:tbl>
    <w:p w14:paraId="114DA8CC" w14:textId="77777777" w:rsidR="004C7BD6" w:rsidRDefault="004C7BD6" w:rsidP="00706068">
      <w:pPr>
        <w:spacing w:after="40"/>
        <w:rPr>
          <w:rFonts w:ascii="ＭＳ ゴシック" w:eastAsia="ＭＳ ゴシック" w:hAnsi="ＭＳ ゴシック"/>
          <w:b/>
          <w:sz w:val="24"/>
          <w:lang w:eastAsia="ja-JP"/>
        </w:rPr>
      </w:pPr>
    </w:p>
    <w:p w14:paraId="4EB75965" w14:textId="77777777" w:rsidR="00915F07" w:rsidRDefault="00915F07" w:rsidP="00706068">
      <w:pPr>
        <w:spacing w:after="40"/>
        <w:rPr>
          <w:rFonts w:ascii="ＭＳ ゴシック" w:eastAsia="ＭＳ ゴシック" w:hAnsi="ＭＳ ゴシック"/>
          <w:b/>
          <w:sz w:val="24"/>
          <w:lang w:eastAsia="ja-JP"/>
        </w:rPr>
      </w:pPr>
    </w:p>
    <w:p w14:paraId="5CF78FDE" w14:textId="77777777" w:rsidR="004C7BD6" w:rsidRDefault="004C7BD6" w:rsidP="00706068">
      <w:pPr>
        <w:spacing w:after="40"/>
        <w:rPr>
          <w:rFonts w:ascii="ＭＳ ゴシック" w:eastAsia="ＭＳ ゴシック" w:hAnsi="ＭＳ ゴシック"/>
          <w:b/>
          <w:sz w:val="24"/>
          <w:lang w:eastAsia="ja-JP"/>
        </w:rPr>
      </w:pPr>
    </w:p>
    <w:p w14:paraId="48634D47" w14:textId="77777777" w:rsidR="004C7BD6" w:rsidRDefault="004C7BD6" w:rsidP="00706068">
      <w:pPr>
        <w:spacing w:after="40"/>
        <w:rPr>
          <w:rFonts w:ascii="ＭＳ ゴシック" w:eastAsia="ＭＳ ゴシック" w:hAnsi="ＭＳ ゴシック"/>
          <w:b/>
          <w:sz w:val="24"/>
          <w:lang w:eastAsia="ja-JP"/>
        </w:rPr>
      </w:pPr>
    </w:p>
    <w:p w14:paraId="0A143F1E" w14:textId="77777777" w:rsidR="004C7BD6" w:rsidRDefault="004C7BD6" w:rsidP="00706068">
      <w:pPr>
        <w:spacing w:after="40"/>
        <w:rPr>
          <w:rFonts w:ascii="ＭＳ ゴシック" w:eastAsia="ＭＳ ゴシック" w:hAnsi="ＭＳ ゴシック"/>
          <w:b/>
          <w:sz w:val="24"/>
          <w:lang w:eastAsia="ja-JP"/>
        </w:rPr>
      </w:pPr>
    </w:p>
    <w:p w14:paraId="5E50D177" w14:textId="77777777" w:rsidR="004C7BD6" w:rsidRDefault="004C7BD6" w:rsidP="00706068">
      <w:pPr>
        <w:spacing w:after="40"/>
        <w:rPr>
          <w:rFonts w:ascii="ＭＳ ゴシック" w:eastAsia="ＭＳ ゴシック" w:hAnsi="ＭＳ ゴシック"/>
          <w:b/>
          <w:sz w:val="24"/>
          <w:lang w:eastAsia="ja-JP"/>
        </w:rPr>
      </w:pPr>
    </w:p>
    <w:p w14:paraId="2A0A0F0C" w14:textId="77777777" w:rsidR="004C7BD6" w:rsidRDefault="004C7BD6" w:rsidP="00706068">
      <w:pPr>
        <w:spacing w:after="40"/>
        <w:rPr>
          <w:rFonts w:ascii="ＭＳ ゴシック" w:eastAsia="ＭＳ ゴシック" w:hAnsi="ＭＳ ゴシック"/>
          <w:b/>
          <w:sz w:val="24"/>
          <w:lang w:eastAsia="ja-JP"/>
        </w:rPr>
      </w:pPr>
    </w:p>
    <w:p w14:paraId="3C2329C7" w14:textId="77777777" w:rsidR="004C7BD6" w:rsidRDefault="004C7BD6" w:rsidP="00706068">
      <w:pPr>
        <w:spacing w:after="40"/>
        <w:rPr>
          <w:rFonts w:ascii="ＭＳ ゴシック" w:eastAsia="ＭＳ ゴシック" w:hAnsi="ＭＳ ゴシック"/>
          <w:b/>
          <w:sz w:val="24"/>
          <w:lang w:eastAsia="ja-JP"/>
        </w:rPr>
      </w:pPr>
    </w:p>
    <w:p w14:paraId="11DE03D4" w14:textId="77777777" w:rsidR="004C7BD6" w:rsidRDefault="004C7BD6" w:rsidP="00706068">
      <w:pPr>
        <w:spacing w:after="40"/>
        <w:rPr>
          <w:rFonts w:ascii="ＭＳ ゴシック" w:eastAsia="ＭＳ ゴシック" w:hAnsi="ＭＳ ゴシック"/>
          <w:b/>
          <w:sz w:val="24"/>
          <w:lang w:eastAsia="ja-JP"/>
        </w:rPr>
      </w:pPr>
    </w:p>
    <w:p w14:paraId="44339D31" w14:textId="77777777" w:rsidR="004C7BD6" w:rsidRDefault="004C7BD6" w:rsidP="00706068">
      <w:pPr>
        <w:spacing w:after="40"/>
        <w:rPr>
          <w:rFonts w:ascii="ＭＳ ゴシック" w:eastAsia="ＭＳ ゴシック" w:hAnsi="ＭＳ ゴシック"/>
          <w:b/>
          <w:sz w:val="24"/>
          <w:lang w:eastAsia="ja-JP"/>
        </w:rPr>
      </w:pPr>
    </w:p>
    <w:p w14:paraId="399569BF" w14:textId="77777777" w:rsidR="004C7BD6" w:rsidRDefault="004C7BD6" w:rsidP="00706068">
      <w:pPr>
        <w:spacing w:after="40"/>
        <w:rPr>
          <w:rFonts w:ascii="ＭＳ ゴシック" w:eastAsia="ＭＳ ゴシック" w:hAnsi="ＭＳ ゴシック"/>
          <w:b/>
          <w:sz w:val="24"/>
          <w:lang w:eastAsia="ja-JP"/>
        </w:rPr>
      </w:pPr>
    </w:p>
    <w:p w14:paraId="7933B3CE" w14:textId="77777777" w:rsidR="004C7BD6" w:rsidRDefault="004C7BD6" w:rsidP="00706068">
      <w:pPr>
        <w:spacing w:after="40"/>
        <w:rPr>
          <w:rFonts w:ascii="ＭＳ ゴシック" w:eastAsia="ＭＳ ゴシック" w:hAnsi="ＭＳ ゴシック"/>
          <w:b/>
          <w:sz w:val="24"/>
          <w:lang w:eastAsia="ja-JP"/>
        </w:rPr>
      </w:pPr>
    </w:p>
    <w:p w14:paraId="5D754F36" w14:textId="77777777" w:rsidR="004C7BD6" w:rsidRDefault="004C7BD6" w:rsidP="00706068">
      <w:pPr>
        <w:spacing w:after="40"/>
        <w:rPr>
          <w:rFonts w:ascii="ＭＳ ゴシック" w:eastAsia="ＭＳ ゴシック" w:hAnsi="ＭＳ ゴシック"/>
          <w:b/>
          <w:sz w:val="24"/>
          <w:lang w:eastAsia="ja-JP"/>
        </w:rPr>
      </w:pPr>
    </w:p>
    <w:p w14:paraId="7C1600DA" w14:textId="77777777" w:rsidR="004C7BD6" w:rsidRDefault="004C7BD6" w:rsidP="00706068">
      <w:pPr>
        <w:spacing w:after="40"/>
        <w:rPr>
          <w:rFonts w:ascii="ＭＳ ゴシック" w:eastAsia="ＭＳ ゴシック" w:hAnsi="ＭＳ ゴシック"/>
          <w:b/>
          <w:sz w:val="24"/>
          <w:lang w:eastAsia="ja-JP"/>
        </w:rPr>
      </w:pPr>
    </w:p>
    <w:p w14:paraId="6CEDFEB7" w14:textId="77777777" w:rsidR="004C7BD6" w:rsidRDefault="004C7BD6" w:rsidP="00706068">
      <w:pPr>
        <w:spacing w:after="40"/>
        <w:rPr>
          <w:rFonts w:ascii="ＭＳ ゴシック" w:eastAsia="ＭＳ ゴシック" w:hAnsi="ＭＳ ゴシック"/>
          <w:b/>
          <w:sz w:val="24"/>
          <w:lang w:eastAsia="ja-JP"/>
        </w:rPr>
      </w:pPr>
    </w:p>
    <w:p w14:paraId="31F6A6BA" w14:textId="77777777" w:rsidR="004C7BD6" w:rsidRPr="001179BD" w:rsidRDefault="004C7BD6" w:rsidP="00706068">
      <w:pPr>
        <w:spacing w:after="40"/>
        <w:rPr>
          <w:rFonts w:ascii="ＭＳ ゴシック" w:eastAsia="ＭＳ ゴシック" w:hAnsi="ＭＳ ゴシック"/>
          <w:b/>
          <w:sz w:val="24"/>
          <w:lang w:eastAsia="ja-JP"/>
        </w:rPr>
      </w:pPr>
    </w:p>
    <w:p w14:paraId="2B86354A" w14:textId="77777777" w:rsidR="00915F07" w:rsidRPr="001179BD" w:rsidRDefault="00915F07" w:rsidP="00706068">
      <w:pPr>
        <w:spacing w:after="40"/>
        <w:rPr>
          <w:rFonts w:ascii="ＭＳ ゴシック" w:eastAsia="ＭＳ ゴシック" w:hAnsi="ＭＳ ゴシック"/>
          <w:b/>
          <w:sz w:val="24"/>
          <w:lang w:eastAsia="ja-JP"/>
        </w:rPr>
      </w:pPr>
    </w:p>
    <w:p w14:paraId="4ABC71BE" w14:textId="77777777" w:rsidR="00915F07" w:rsidRPr="001179BD" w:rsidRDefault="00915F07" w:rsidP="00706068">
      <w:pPr>
        <w:spacing w:after="40"/>
        <w:rPr>
          <w:rFonts w:ascii="ＭＳ ゴシック" w:eastAsia="ＭＳ ゴシック" w:hAnsi="ＭＳ ゴシック"/>
          <w:b/>
          <w:sz w:val="24"/>
          <w:lang w:eastAsia="ja-JP"/>
        </w:rPr>
      </w:pPr>
    </w:p>
    <w:p w14:paraId="3A7613A9" w14:textId="77777777" w:rsidR="00915F07" w:rsidRPr="001179BD" w:rsidRDefault="00915F07" w:rsidP="00706068">
      <w:pPr>
        <w:spacing w:after="40"/>
        <w:rPr>
          <w:rFonts w:ascii="ＭＳ ゴシック" w:eastAsia="ＭＳ ゴシック" w:hAnsi="ＭＳ ゴシック"/>
          <w:b/>
          <w:sz w:val="24"/>
          <w:lang w:eastAsia="ja-JP"/>
        </w:rPr>
      </w:pPr>
    </w:p>
    <w:p w14:paraId="625293FC" w14:textId="77777777" w:rsidR="00915F07" w:rsidRPr="001179BD" w:rsidRDefault="00915F07" w:rsidP="00706068">
      <w:pPr>
        <w:spacing w:after="40"/>
        <w:rPr>
          <w:rFonts w:ascii="ＭＳ ゴシック" w:eastAsia="ＭＳ ゴシック" w:hAnsi="ＭＳ ゴシック"/>
          <w:b/>
          <w:sz w:val="24"/>
          <w:lang w:eastAsia="ja-JP"/>
        </w:rPr>
      </w:pPr>
    </w:p>
    <w:p w14:paraId="02788E4D" w14:textId="77777777" w:rsidR="009E265F" w:rsidRDefault="009E265F" w:rsidP="00706068">
      <w:pPr>
        <w:spacing w:after="40"/>
        <w:rPr>
          <w:rFonts w:ascii="ＭＳ ゴシック" w:eastAsia="ＭＳ ゴシック" w:hAnsi="ＭＳ ゴシック"/>
          <w:b/>
          <w:sz w:val="24"/>
          <w:lang w:eastAsia="ja-JP"/>
        </w:rPr>
      </w:pPr>
    </w:p>
    <w:p w14:paraId="6E8BFF0E" w14:textId="77777777" w:rsidR="009E265F" w:rsidRDefault="009E265F" w:rsidP="00706068">
      <w:pPr>
        <w:spacing w:after="40"/>
        <w:rPr>
          <w:rFonts w:ascii="ＭＳ ゴシック" w:eastAsia="ＭＳ ゴシック" w:hAnsi="ＭＳ ゴシック"/>
          <w:b/>
          <w:sz w:val="24"/>
          <w:lang w:eastAsia="ja-JP"/>
        </w:rPr>
      </w:pPr>
    </w:p>
    <w:p w14:paraId="11FFFCAB" w14:textId="77777777" w:rsidR="009E265F" w:rsidRDefault="009E265F" w:rsidP="00706068">
      <w:pPr>
        <w:spacing w:after="40"/>
        <w:rPr>
          <w:rFonts w:ascii="ＭＳ ゴシック" w:eastAsia="ＭＳ ゴシック" w:hAnsi="ＭＳ ゴシック"/>
          <w:b/>
          <w:sz w:val="24"/>
          <w:lang w:eastAsia="ja-JP"/>
        </w:rPr>
      </w:pPr>
    </w:p>
    <w:p w14:paraId="2246494E" w14:textId="77777777" w:rsidR="00A055FD" w:rsidRDefault="00A055FD" w:rsidP="00706068">
      <w:pPr>
        <w:spacing w:after="40"/>
        <w:rPr>
          <w:rFonts w:ascii="ＭＳ ゴシック" w:eastAsia="ＭＳ ゴシック" w:hAnsi="ＭＳ ゴシック"/>
          <w:b/>
          <w:sz w:val="24"/>
          <w:lang w:eastAsia="ja-JP"/>
        </w:rPr>
      </w:pPr>
    </w:p>
    <w:p w14:paraId="75825952" w14:textId="5FF52275" w:rsidR="00940BBF" w:rsidRDefault="002B2AE0" w:rsidP="00BD516C">
      <w:pPr>
        <w:spacing w:after="40"/>
        <w:rPr>
          <w:rFonts w:ascii="ＭＳ ゴシック" w:eastAsia="ＭＳ ゴシック" w:hAnsi="ＭＳ ゴシック"/>
          <w:b/>
          <w:sz w:val="24"/>
          <w:lang w:eastAsia="ja-JP"/>
        </w:rPr>
      </w:pPr>
      <w:r w:rsidRPr="001179BD">
        <w:rPr>
          <w:rFonts w:ascii="ＭＳ ゴシック" w:eastAsia="ＭＳ ゴシック" w:hAnsi="ＭＳ ゴシック"/>
          <w:b/>
          <w:sz w:val="24"/>
          <w:lang w:eastAsia="ja-JP"/>
        </w:rPr>
        <w:lastRenderedPageBreak/>
        <w:t>別紙</w:t>
      </w:r>
      <w:r w:rsidR="009E265F">
        <w:rPr>
          <w:rFonts w:ascii="ＭＳ ゴシック" w:eastAsia="ＭＳ ゴシック" w:hAnsi="ＭＳ ゴシック" w:hint="eastAsia"/>
          <w:b/>
          <w:sz w:val="24"/>
          <w:lang w:eastAsia="ja-JP"/>
        </w:rPr>
        <w:t>４</w:t>
      </w:r>
    </w:p>
    <w:p w14:paraId="2E9014D6" w14:textId="2A4E1835" w:rsidR="00F855ED" w:rsidRPr="00BD516C" w:rsidRDefault="006C0067" w:rsidP="00BD516C">
      <w:pPr>
        <w:spacing w:after="40"/>
        <w:rPr>
          <w:rFonts w:ascii="ＭＳ ゴシック" w:eastAsia="ＭＳ ゴシック" w:hAnsi="ＭＳ ゴシック"/>
          <w:b/>
          <w:sz w:val="24"/>
          <w:lang w:eastAsia="ja-JP"/>
        </w:rPr>
      </w:pPr>
      <w:r w:rsidRPr="001179BD">
        <w:rPr>
          <w:rFonts w:ascii="ＭＳ ゴシック" w:eastAsia="ＭＳ ゴシック" w:hAnsi="ＭＳ ゴシック" w:hint="eastAsia"/>
          <w:noProof/>
          <w:lang w:eastAsia="ja-JP"/>
        </w:rPr>
        <mc:AlternateContent>
          <mc:Choice Requires="wps">
            <w:drawing>
              <wp:anchor distT="0" distB="0" distL="114300" distR="114300" simplePos="0" relativeHeight="251565056" behindDoc="1" locked="0" layoutInCell="1" allowOverlap="1" wp14:anchorId="1EC05D23" wp14:editId="261A35F6">
                <wp:simplePos x="0" y="0"/>
                <wp:positionH relativeFrom="column">
                  <wp:posOffset>3702050</wp:posOffset>
                </wp:positionH>
                <wp:positionV relativeFrom="paragraph">
                  <wp:posOffset>2587625</wp:posOffset>
                </wp:positionV>
                <wp:extent cx="1295400" cy="333375"/>
                <wp:effectExtent l="0" t="0" r="0" b="9525"/>
                <wp:wrapTight wrapText="bothSides">
                  <wp:wrapPolygon edited="0">
                    <wp:start x="0" y="0"/>
                    <wp:lineTo x="0" y="20983"/>
                    <wp:lineTo x="21282" y="20983"/>
                    <wp:lineTo x="21282" y="0"/>
                    <wp:lineTo x="0" y="0"/>
                  </wp:wrapPolygon>
                </wp:wrapTight>
                <wp:docPr id="948153634" name="テキスト ボックス 2"/>
                <wp:cNvGraphicFramePr/>
                <a:graphic xmlns:a="http://schemas.openxmlformats.org/drawingml/2006/main">
                  <a:graphicData uri="http://schemas.microsoft.com/office/word/2010/wordprocessingShape">
                    <wps:wsp>
                      <wps:cNvSpPr txBox="1"/>
                      <wps:spPr>
                        <a:xfrm>
                          <a:off x="0" y="0"/>
                          <a:ext cx="1295400" cy="333375"/>
                        </a:xfrm>
                        <a:prstGeom prst="rect">
                          <a:avLst/>
                        </a:prstGeom>
                        <a:solidFill>
                          <a:schemeClr val="lt1"/>
                        </a:solidFill>
                        <a:ln w="6350">
                          <a:noFill/>
                        </a:ln>
                      </wps:spPr>
                      <wps:txbx>
                        <w:txbxContent>
                          <w:p w14:paraId="26778FAC" w14:textId="5269B982" w:rsidR="001B70C1" w:rsidRDefault="001B70C1" w:rsidP="006C0067">
                            <w:pPr>
                              <w:jc w:val="center"/>
                              <w:rPr>
                                <w:lang w:eastAsia="ja-JP"/>
                              </w:rPr>
                            </w:pPr>
                            <w:r>
                              <w:rPr>
                                <w:rFonts w:hint="eastAsia"/>
                                <w:lang w:eastAsia="ja-JP"/>
                              </w:rPr>
                              <w:t>募集パンフレット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05D23" id="_x0000_t202" coordsize="21600,21600" o:spt="202" path="m,l,21600r21600,l21600,xe">
                <v:stroke joinstyle="miter"/>
                <v:path gradientshapeok="t" o:connecttype="rect"/>
              </v:shapetype>
              <v:shape id="テキスト ボックス 2" o:spid="_x0000_s1026" type="#_x0000_t202" style="position:absolute;margin-left:291.5pt;margin-top:203.75pt;width:102pt;height:26.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" fillcolor="white [3201]" stroked="f" strokeweight=".5pt">
                <v:textbox>
                  <w:txbxContent>
                    <w:p w14:paraId="26778FAC" w14:textId="5269B982" w:rsidR="001B70C1" w:rsidRDefault="001B70C1" w:rsidP="006C0067">
                      <w:pPr>
                        <w:jc w:val="center"/>
                        <w:rPr>
                          <w:lang w:eastAsia="ja-JP"/>
                        </w:rPr>
                      </w:pPr>
                      <w:r>
                        <w:rPr>
                          <w:rFonts w:hint="eastAsia"/>
                          <w:lang w:eastAsia="ja-JP"/>
                        </w:rPr>
                        <w:t>募集パンフレット</w:t>
                      </w:r>
                    </w:p>
                  </w:txbxContent>
                </v:textbox>
                <w10:wrap type="tight"/>
              </v:shape>
            </w:pict>
          </mc:Fallback>
        </mc:AlternateContent>
      </w:r>
      <w:r w:rsidRPr="001179BD">
        <w:rPr>
          <w:rFonts w:ascii="ＭＳ ゴシック" w:eastAsia="ＭＳ ゴシック" w:hAnsi="ＭＳ ゴシック"/>
          <w:noProof/>
          <w:lang w:eastAsia="ja-JP"/>
        </w:rPr>
        <w:drawing>
          <wp:anchor distT="0" distB="0" distL="114300" distR="114300" simplePos="0" relativeHeight="251530240" behindDoc="1" locked="0" layoutInCell="1" allowOverlap="1" wp14:anchorId="2178182A" wp14:editId="3A6DFAB3">
            <wp:simplePos x="0" y="0"/>
            <wp:positionH relativeFrom="column">
              <wp:posOffset>3810</wp:posOffset>
            </wp:positionH>
            <wp:positionV relativeFrom="paragraph">
              <wp:posOffset>283210</wp:posOffset>
            </wp:positionV>
            <wp:extent cx="2423160" cy="3419475"/>
            <wp:effectExtent l="0" t="0" r="0" b="9525"/>
            <wp:wrapTight wrapText="bothSides">
              <wp:wrapPolygon edited="0">
                <wp:start x="0" y="0"/>
                <wp:lineTo x="0" y="21540"/>
                <wp:lineTo x="21396" y="21540"/>
                <wp:lineTo x="21396" y="0"/>
                <wp:lineTo x="0" y="0"/>
              </wp:wrapPolygon>
            </wp:wrapTight>
            <wp:docPr id="20426095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09502" name=""/>
                    <pic:cNvPicPr/>
                  </pic:nvPicPr>
                  <pic:blipFill>
                    <a:blip r:embed="rId11"/>
                    <a:stretch>
                      <a:fillRect/>
                    </a:stretch>
                  </pic:blipFill>
                  <pic:spPr>
                    <a:xfrm>
                      <a:off x="0" y="0"/>
                      <a:ext cx="2423160" cy="3419475"/>
                    </a:xfrm>
                    <a:prstGeom prst="rect">
                      <a:avLst/>
                    </a:prstGeom>
                  </pic:spPr>
                </pic:pic>
              </a:graphicData>
            </a:graphic>
            <wp14:sizeRelH relativeFrom="margin">
              <wp14:pctWidth>0</wp14:pctWidth>
            </wp14:sizeRelH>
            <wp14:sizeRelV relativeFrom="margin">
              <wp14:pctHeight>0</wp14:pctHeight>
            </wp14:sizeRelV>
          </wp:anchor>
        </w:drawing>
      </w:r>
      <w:r w:rsidR="002B2AE0" w:rsidRPr="001179BD">
        <w:rPr>
          <w:rFonts w:ascii="ＭＳ ゴシック" w:eastAsia="ＭＳ ゴシック" w:hAnsi="ＭＳ ゴシック" w:cs="ＭＳ Ｐゴシック" w:hint="eastAsia"/>
          <w:b/>
          <w:bCs/>
          <w:sz w:val="24"/>
          <w:szCs w:val="24"/>
          <w:lang w:eastAsia="ja-JP"/>
        </w:rPr>
        <w:t>2026大会</w:t>
      </w:r>
      <w:r w:rsidR="00940BBF">
        <w:rPr>
          <w:rFonts w:ascii="ＭＳ ゴシック" w:eastAsia="ＭＳ ゴシック" w:hAnsi="ＭＳ ゴシック" w:cs="ＭＳ Ｐゴシック" w:hint="eastAsia"/>
          <w:b/>
          <w:bCs/>
          <w:sz w:val="24"/>
          <w:szCs w:val="24"/>
          <w:lang w:eastAsia="ja-JP"/>
        </w:rPr>
        <w:t>実績</w:t>
      </w:r>
    </w:p>
    <w:p w14:paraId="2D9C8E8E" w14:textId="48135FC6" w:rsidR="002B2AE0" w:rsidRPr="001179BD" w:rsidRDefault="001B70C1" w:rsidP="00706068">
      <w:pPr>
        <w:spacing w:after="40"/>
        <w:rPr>
          <w:rFonts w:ascii="ＭＳ ゴシック" w:eastAsia="ＭＳ ゴシック" w:hAnsi="ＭＳ ゴシック" w:cs="ＭＳ Ｐゴシック"/>
          <w:b/>
          <w:bCs/>
          <w:sz w:val="24"/>
          <w:szCs w:val="24"/>
          <w:lang w:eastAsia="ja-JP"/>
        </w:rPr>
      </w:pPr>
      <w:r w:rsidRPr="001179BD">
        <w:rPr>
          <w:rFonts w:ascii="ＭＳ ゴシック" w:eastAsia="ＭＳ ゴシック" w:hAnsi="ＭＳ ゴシック" w:hint="eastAsia"/>
          <w:noProof/>
          <w:lang w:eastAsia="ja-JP"/>
        </w:rPr>
        <w:drawing>
          <wp:anchor distT="0" distB="0" distL="114300" distR="114300" simplePos="0" relativeHeight="251539456" behindDoc="1" locked="0" layoutInCell="1" allowOverlap="1" wp14:anchorId="25077EE0" wp14:editId="221B6F95">
            <wp:simplePos x="0" y="0"/>
            <wp:positionH relativeFrom="column">
              <wp:posOffset>4423839</wp:posOffset>
            </wp:positionH>
            <wp:positionV relativeFrom="paragraph">
              <wp:posOffset>143510</wp:posOffset>
            </wp:positionV>
            <wp:extent cx="1512038" cy="2147703"/>
            <wp:effectExtent l="19050" t="19050" r="12065" b="24130"/>
            <wp:wrapTight wrapText="bothSides">
              <wp:wrapPolygon edited="0">
                <wp:start x="-272" y="-192"/>
                <wp:lineTo x="-272" y="21651"/>
                <wp:lineTo x="21500" y="21651"/>
                <wp:lineTo x="21500" y="-192"/>
                <wp:lineTo x="-272" y="-192"/>
              </wp:wrapPolygon>
            </wp:wrapTight>
            <wp:docPr id="188626004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2038" cy="2147703"/>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Pr="001179BD">
        <w:rPr>
          <w:rFonts w:ascii="ＭＳ ゴシック" w:eastAsia="ＭＳ ゴシック" w:hAnsi="ＭＳ ゴシック" w:hint="eastAsia"/>
          <w:noProof/>
          <w:lang w:eastAsia="ja-JP"/>
        </w:rPr>
        <w:drawing>
          <wp:anchor distT="0" distB="0" distL="114300" distR="114300" simplePos="0" relativeHeight="251548672" behindDoc="1" locked="0" layoutInCell="1" allowOverlap="1" wp14:anchorId="0AA4DFFC" wp14:editId="119467F2">
            <wp:simplePos x="0" y="0"/>
            <wp:positionH relativeFrom="column">
              <wp:posOffset>2775806</wp:posOffset>
            </wp:positionH>
            <wp:positionV relativeFrom="paragraph">
              <wp:posOffset>144115</wp:posOffset>
            </wp:positionV>
            <wp:extent cx="1510655" cy="2137328"/>
            <wp:effectExtent l="19050" t="19050" r="13970" b="15875"/>
            <wp:wrapTight wrapText="bothSides">
              <wp:wrapPolygon edited="0">
                <wp:start x="-272" y="-193"/>
                <wp:lineTo x="-272" y="21568"/>
                <wp:lineTo x="21527" y="21568"/>
                <wp:lineTo x="21527" y="-193"/>
                <wp:lineTo x="-272" y="-193"/>
              </wp:wrapPolygon>
            </wp:wrapTight>
            <wp:docPr id="204765259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2007" cy="213924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5A8FEBC8" w14:textId="174186A9" w:rsidR="002B2AE0" w:rsidRDefault="002B2AE0" w:rsidP="00706068">
      <w:pPr>
        <w:spacing w:after="40"/>
        <w:rPr>
          <w:rFonts w:ascii="ＭＳ ゴシック" w:eastAsia="ＭＳ ゴシック" w:hAnsi="ＭＳ ゴシック"/>
          <w:lang w:eastAsia="ja-JP"/>
        </w:rPr>
      </w:pPr>
    </w:p>
    <w:p w14:paraId="488632C6" w14:textId="71EA8D1E" w:rsidR="00BD516C" w:rsidRPr="00BD516C" w:rsidRDefault="00BD516C" w:rsidP="00BD516C">
      <w:pPr>
        <w:rPr>
          <w:rFonts w:ascii="ＭＳ ゴシック" w:eastAsia="ＭＳ ゴシック" w:hAnsi="ＭＳ ゴシック"/>
          <w:lang w:eastAsia="ja-JP"/>
        </w:rPr>
      </w:pPr>
    </w:p>
    <w:p w14:paraId="1BF8265C" w14:textId="1EA30BF7" w:rsidR="00BD516C" w:rsidRPr="00BD516C" w:rsidRDefault="006C0067" w:rsidP="00BD516C">
      <w:pPr>
        <w:rPr>
          <w:rFonts w:ascii="ＭＳ ゴシック" w:eastAsia="ＭＳ ゴシック" w:hAnsi="ＭＳ ゴシック"/>
          <w:lang w:eastAsia="ja-JP"/>
        </w:rPr>
      </w:pPr>
      <w:r w:rsidRPr="001179BD">
        <w:rPr>
          <w:rFonts w:ascii="ＭＳ ゴシック" w:eastAsia="ＭＳ ゴシック" w:hAnsi="ＭＳ ゴシック" w:hint="eastAsia"/>
          <w:noProof/>
          <w:lang w:eastAsia="ja-JP"/>
        </w:rPr>
        <mc:AlternateContent>
          <mc:Choice Requires="wps">
            <w:drawing>
              <wp:anchor distT="0" distB="0" distL="114300" distR="114300" simplePos="0" relativeHeight="251692032" behindDoc="1" locked="0" layoutInCell="1" allowOverlap="1" wp14:anchorId="34EE249D" wp14:editId="74AC66F6">
                <wp:simplePos x="0" y="0"/>
                <wp:positionH relativeFrom="column">
                  <wp:posOffset>486410</wp:posOffset>
                </wp:positionH>
                <wp:positionV relativeFrom="paragraph">
                  <wp:posOffset>301625</wp:posOffset>
                </wp:positionV>
                <wp:extent cx="1295400" cy="333375"/>
                <wp:effectExtent l="0" t="0" r="0" b="9525"/>
                <wp:wrapTight wrapText="bothSides">
                  <wp:wrapPolygon edited="0">
                    <wp:start x="0" y="0"/>
                    <wp:lineTo x="0" y="20983"/>
                    <wp:lineTo x="21282" y="20983"/>
                    <wp:lineTo x="21282" y="0"/>
                    <wp:lineTo x="0" y="0"/>
                  </wp:wrapPolygon>
                </wp:wrapTight>
                <wp:docPr id="595359632" name="テキスト ボックス 2"/>
                <wp:cNvGraphicFramePr/>
                <a:graphic xmlns:a="http://schemas.openxmlformats.org/drawingml/2006/main">
                  <a:graphicData uri="http://schemas.microsoft.com/office/word/2010/wordprocessingShape">
                    <wps:wsp>
                      <wps:cNvSpPr txBox="1"/>
                      <wps:spPr>
                        <a:xfrm>
                          <a:off x="0" y="0"/>
                          <a:ext cx="1295400" cy="333375"/>
                        </a:xfrm>
                        <a:prstGeom prst="rect">
                          <a:avLst/>
                        </a:prstGeom>
                        <a:solidFill>
                          <a:schemeClr val="lt1"/>
                        </a:solidFill>
                        <a:ln w="6350">
                          <a:noFill/>
                        </a:ln>
                      </wps:spPr>
                      <wps:txbx>
                        <w:txbxContent>
                          <w:p w14:paraId="59E77B5E" w14:textId="22C0A86B" w:rsidR="001B70C1" w:rsidRDefault="001B70C1" w:rsidP="006C0067">
                            <w:pPr>
                              <w:jc w:val="center"/>
                              <w:rPr>
                                <w:lang w:eastAsia="ja-JP"/>
                              </w:rPr>
                            </w:pPr>
                            <w:r>
                              <w:rPr>
                                <w:rFonts w:hint="eastAsia"/>
                                <w:lang w:eastAsia="ja-JP"/>
                              </w:rPr>
                              <w:t>新聞広告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E249D" id="_x0000_s1027" type="#_x0000_t202" style="position:absolute;margin-left:38.3pt;margin-top:23.75pt;width:102pt;height:26.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" fillcolor="white [3201]" stroked="f" strokeweight=".5pt">
                <v:textbox>
                  <w:txbxContent>
                    <w:p w14:paraId="59E77B5E" w14:textId="22C0A86B" w:rsidR="001B70C1" w:rsidRDefault="001B70C1" w:rsidP="006C0067">
                      <w:pPr>
                        <w:jc w:val="center"/>
                        <w:rPr>
                          <w:lang w:eastAsia="ja-JP"/>
                        </w:rPr>
                      </w:pPr>
                      <w:r>
                        <w:rPr>
                          <w:rFonts w:hint="eastAsia"/>
                          <w:lang w:eastAsia="ja-JP"/>
                        </w:rPr>
                        <w:t>新聞広告</w:t>
                      </w:r>
                    </w:p>
                  </w:txbxContent>
                </v:textbox>
                <w10:wrap type="tight"/>
              </v:shape>
            </w:pict>
          </mc:Fallback>
        </mc:AlternateContent>
      </w:r>
    </w:p>
    <w:p w14:paraId="6A80F887" w14:textId="3EA36D40" w:rsidR="00BD516C" w:rsidRPr="00BD516C" w:rsidRDefault="00BD516C" w:rsidP="00BD516C">
      <w:pPr>
        <w:rPr>
          <w:rFonts w:ascii="ＭＳ ゴシック" w:eastAsia="ＭＳ ゴシック" w:hAnsi="ＭＳ ゴシック"/>
          <w:lang w:eastAsia="ja-JP"/>
        </w:rPr>
      </w:pPr>
    </w:p>
    <w:p w14:paraId="42933194" w14:textId="09B37969" w:rsidR="00BD516C" w:rsidRPr="00BD516C" w:rsidRDefault="006C0067" w:rsidP="00BD516C">
      <w:pPr>
        <w:rPr>
          <w:rFonts w:ascii="ＭＳ ゴシック" w:eastAsia="ＭＳ ゴシック" w:hAnsi="ＭＳ ゴシック"/>
          <w:lang w:eastAsia="ja-JP"/>
        </w:rPr>
      </w:pPr>
      <w:r w:rsidRPr="001179BD">
        <w:rPr>
          <w:rFonts w:ascii="ＭＳ ゴシック" w:eastAsia="ＭＳ ゴシック" w:hAnsi="ＭＳ ゴシック"/>
          <w:noProof/>
          <w:lang w:eastAsia="ja-JP"/>
        </w:rPr>
        <w:drawing>
          <wp:anchor distT="0" distB="0" distL="114300" distR="114300" simplePos="0" relativeHeight="251587584" behindDoc="1" locked="0" layoutInCell="1" allowOverlap="1" wp14:anchorId="3644FD29" wp14:editId="7D4E2BF1">
            <wp:simplePos x="0" y="0"/>
            <wp:positionH relativeFrom="column">
              <wp:posOffset>1905</wp:posOffset>
            </wp:positionH>
            <wp:positionV relativeFrom="paragraph">
              <wp:posOffset>154305</wp:posOffset>
            </wp:positionV>
            <wp:extent cx="2683510" cy="3581400"/>
            <wp:effectExtent l="0" t="0" r="2540" b="0"/>
            <wp:wrapTight wrapText="bothSides">
              <wp:wrapPolygon edited="0">
                <wp:start x="0" y="0"/>
                <wp:lineTo x="0" y="21485"/>
                <wp:lineTo x="21467" y="21485"/>
                <wp:lineTo x="21467" y="0"/>
                <wp:lineTo x="0" y="0"/>
              </wp:wrapPolygon>
            </wp:wrapTight>
            <wp:docPr id="2870325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32515" name=""/>
                    <pic:cNvPicPr/>
                  </pic:nvPicPr>
                  <pic:blipFill>
                    <a:blip r:embed="rId14"/>
                    <a:stretch>
                      <a:fillRect/>
                    </a:stretch>
                  </pic:blipFill>
                  <pic:spPr>
                    <a:xfrm>
                      <a:off x="0" y="0"/>
                      <a:ext cx="2683510" cy="3581400"/>
                    </a:xfrm>
                    <a:prstGeom prst="rect">
                      <a:avLst/>
                    </a:prstGeom>
                  </pic:spPr>
                </pic:pic>
              </a:graphicData>
            </a:graphic>
            <wp14:sizeRelH relativeFrom="margin">
              <wp14:pctWidth>0</wp14:pctWidth>
            </wp14:sizeRelH>
            <wp14:sizeRelV relativeFrom="margin">
              <wp14:pctHeight>0</wp14:pctHeight>
            </wp14:sizeRelV>
          </wp:anchor>
        </w:drawing>
      </w:r>
      <w:r w:rsidRPr="001179BD">
        <w:rPr>
          <w:rFonts w:ascii="ＭＳ ゴシック" w:eastAsia="ＭＳ ゴシック" w:hAnsi="ＭＳ ゴシック" w:hint="eastAsia"/>
          <w:noProof/>
          <w:lang w:eastAsia="ja-JP"/>
        </w:rPr>
        <mc:AlternateContent>
          <mc:Choice Requires="wps">
            <w:drawing>
              <wp:anchor distT="0" distB="0" distL="114300" distR="114300" simplePos="0" relativeHeight="251794432" behindDoc="1" locked="0" layoutInCell="1" allowOverlap="1" wp14:anchorId="76235938" wp14:editId="102ED054">
                <wp:simplePos x="0" y="0"/>
                <wp:positionH relativeFrom="column">
                  <wp:posOffset>3836670</wp:posOffset>
                </wp:positionH>
                <wp:positionV relativeFrom="paragraph">
                  <wp:posOffset>2473325</wp:posOffset>
                </wp:positionV>
                <wp:extent cx="1594485" cy="333375"/>
                <wp:effectExtent l="0" t="0" r="5715" b="9525"/>
                <wp:wrapTight wrapText="bothSides">
                  <wp:wrapPolygon edited="0">
                    <wp:start x="0" y="0"/>
                    <wp:lineTo x="0" y="20983"/>
                    <wp:lineTo x="21419" y="20983"/>
                    <wp:lineTo x="21419" y="0"/>
                    <wp:lineTo x="0" y="0"/>
                  </wp:wrapPolygon>
                </wp:wrapTight>
                <wp:docPr id="1377508204" name="テキスト ボックス 2"/>
                <wp:cNvGraphicFramePr/>
                <a:graphic xmlns:a="http://schemas.openxmlformats.org/drawingml/2006/main">
                  <a:graphicData uri="http://schemas.microsoft.com/office/word/2010/wordprocessingShape">
                    <wps:wsp>
                      <wps:cNvSpPr txBox="1"/>
                      <wps:spPr>
                        <a:xfrm>
                          <a:off x="0" y="0"/>
                          <a:ext cx="1594485" cy="333375"/>
                        </a:xfrm>
                        <a:prstGeom prst="rect">
                          <a:avLst/>
                        </a:prstGeom>
                        <a:solidFill>
                          <a:schemeClr val="lt1"/>
                        </a:solidFill>
                        <a:ln w="6350">
                          <a:noFill/>
                        </a:ln>
                      </wps:spPr>
                      <wps:txbx>
                        <w:txbxContent>
                          <w:p w14:paraId="4231734F" w14:textId="37FEC4BC" w:rsidR="00BD64DE" w:rsidRDefault="00BD64DE" w:rsidP="006C0067">
                            <w:pPr>
                              <w:jc w:val="center"/>
                              <w:rPr>
                                <w:lang w:eastAsia="ja-JP"/>
                              </w:rPr>
                            </w:pPr>
                            <w:r>
                              <w:rPr>
                                <w:rFonts w:hint="eastAsia"/>
                                <w:lang w:eastAsia="ja-JP"/>
                              </w:rPr>
                              <w:t>サイネージ</w:t>
                            </w:r>
                          </w:p>
                          <w:p w14:paraId="7E218060" w14:textId="77777777" w:rsidR="00BD64DE" w:rsidRDefault="00BD64DE" w:rsidP="006C0067">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35938" id="_x0000_s1028" type="#_x0000_t202" style="position:absolute;margin-left:302.1pt;margin-top:194.75pt;width:125.55pt;height:26.2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" fillcolor="white [3201]" stroked="f" strokeweight=".5pt">
                <v:textbox>
                  <w:txbxContent>
                    <w:p w14:paraId="4231734F" w14:textId="37FEC4BC" w:rsidR="00BD64DE" w:rsidRDefault="00BD64DE" w:rsidP="006C0067">
                      <w:pPr>
                        <w:jc w:val="center"/>
                        <w:rPr>
                          <w:lang w:eastAsia="ja-JP"/>
                        </w:rPr>
                      </w:pPr>
                      <w:r>
                        <w:rPr>
                          <w:rFonts w:hint="eastAsia"/>
                          <w:lang w:eastAsia="ja-JP"/>
                        </w:rPr>
                        <w:t>サイネージ</w:t>
                      </w:r>
                    </w:p>
                    <w:p w14:paraId="7E218060" w14:textId="77777777" w:rsidR="00BD64DE" w:rsidRDefault="00BD64DE" w:rsidP="006C0067">
                      <w:pPr>
                        <w:jc w:val="center"/>
                        <w:rPr>
                          <w:lang w:eastAsia="ja-JP"/>
                        </w:rPr>
                      </w:pPr>
                    </w:p>
                  </w:txbxContent>
                </v:textbox>
                <w10:wrap type="tight"/>
              </v:shape>
            </w:pict>
          </mc:Fallback>
        </mc:AlternateContent>
      </w:r>
      <w:r w:rsidRPr="001179BD">
        <w:rPr>
          <w:rFonts w:ascii="ＭＳ ゴシック" w:eastAsia="ＭＳ ゴシック" w:hAnsi="ＭＳ ゴシック" w:hint="eastAsia"/>
          <w:noProof/>
          <w:lang w:eastAsia="ja-JP"/>
        </w:rPr>
        <w:drawing>
          <wp:anchor distT="0" distB="0" distL="114300" distR="114300" simplePos="0" relativeHeight="251791360" behindDoc="1" locked="0" layoutInCell="1" allowOverlap="1" wp14:anchorId="682E70EA" wp14:editId="6EFAD27F">
            <wp:simplePos x="0" y="0"/>
            <wp:positionH relativeFrom="column">
              <wp:posOffset>2834640</wp:posOffset>
            </wp:positionH>
            <wp:positionV relativeFrom="paragraph">
              <wp:posOffset>433070</wp:posOffset>
            </wp:positionV>
            <wp:extent cx="3626485" cy="2040890"/>
            <wp:effectExtent l="0" t="0" r="0" b="0"/>
            <wp:wrapTight wrapText="bothSides">
              <wp:wrapPolygon edited="0">
                <wp:start x="0" y="0"/>
                <wp:lineTo x="0" y="21371"/>
                <wp:lineTo x="21445" y="21371"/>
                <wp:lineTo x="21445" y="0"/>
                <wp:lineTo x="0" y="0"/>
              </wp:wrapPolygon>
            </wp:wrapTight>
            <wp:docPr id="211206876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6485"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0A743" w14:textId="2C713DA3" w:rsidR="00BD516C" w:rsidRPr="00BD516C" w:rsidRDefault="006C0067" w:rsidP="00BD516C">
      <w:pPr>
        <w:rPr>
          <w:rFonts w:ascii="ＭＳ ゴシック" w:eastAsia="ＭＳ ゴシック" w:hAnsi="ＭＳ ゴシック"/>
          <w:lang w:eastAsia="ja-JP"/>
        </w:rPr>
      </w:pPr>
      <w:r w:rsidRPr="001179BD">
        <w:rPr>
          <w:rFonts w:ascii="ＭＳ ゴシック" w:eastAsia="ＭＳ ゴシック" w:hAnsi="ＭＳ ゴシック"/>
          <w:noProof/>
          <w:lang w:eastAsia="ja-JP"/>
        </w:rPr>
        <w:drawing>
          <wp:anchor distT="0" distB="0" distL="114300" distR="114300" simplePos="0" relativeHeight="251670528" behindDoc="1" locked="0" layoutInCell="1" allowOverlap="1" wp14:anchorId="426F70F3" wp14:editId="276A43E1">
            <wp:simplePos x="0" y="0"/>
            <wp:positionH relativeFrom="column">
              <wp:posOffset>2898775</wp:posOffset>
            </wp:positionH>
            <wp:positionV relativeFrom="paragraph">
              <wp:posOffset>2527935</wp:posOffset>
            </wp:positionV>
            <wp:extent cx="2019935" cy="1682115"/>
            <wp:effectExtent l="0" t="0" r="0" b="0"/>
            <wp:wrapTight wrapText="bothSides">
              <wp:wrapPolygon edited="0">
                <wp:start x="0" y="0"/>
                <wp:lineTo x="0" y="21282"/>
                <wp:lineTo x="21390" y="21282"/>
                <wp:lineTo x="21390" y="0"/>
                <wp:lineTo x="0" y="0"/>
              </wp:wrapPolygon>
            </wp:wrapTight>
            <wp:docPr id="98241812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935"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C81622" w14:textId="64C8C2C3" w:rsidR="00BD516C" w:rsidRPr="00BD516C" w:rsidRDefault="00BD516C" w:rsidP="00BD516C">
      <w:pPr>
        <w:rPr>
          <w:rFonts w:ascii="ＭＳ ゴシック" w:eastAsia="ＭＳ ゴシック" w:hAnsi="ＭＳ ゴシック"/>
          <w:lang w:eastAsia="ja-JP"/>
        </w:rPr>
      </w:pPr>
    </w:p>
    <w:p w14:paraId="62029157" w14:textId="422D288C" w:rsidR="00BD516C" w:rsidRPr="00BD516C" w:rsidRDefault="00BD516C" w:rsidP="00BD516C">
      <w:pPr>
        <w:rPr>
          <w:rFonts w:ascii="ＭＳ ゴシック" w:eastAsia="ＭＳ ゴシック" w:hAnsi="ＭＳ ゴシック"/>
          <w:lang w:eastAsia="ja-JP"/>
        </w:rPr>
      </w:pPr>
    </w:p>
    <w:p w14:paraId="558CDCF6" w14:textId="7C4FCFFA" w:rsidR="00BD516C" w:rsidRPr="00BD516C" w:rsidRDefault="006C0067" w:rsidP="00BD516C">
      <w:pPr>
        <w:rPr>
          <w:rFonts w:ascii="ＭＳ ゴシック" w:eastAsia="ＭＳ ゴシック" w:hAnsi="ＭＳ ゴシック"/>
          <w:lang w:eastAsia="ja-JP"/>
        </w:rPr>
      </w:pPr>
      <w:r w:rsidRPr="001179BD">
        <w:rPr>
          <w:rFonts w:ascii="ＭＳ ゴシック" w:eastAsia="ＭＳ ゴシック" w:hAnsi="ＭＳ ゴシック" w:hint="eastAsia"/>
          <w:noProof/>
          <w:lang w:eastAsia="ja-JP"/>
        </w:rPr>
        <mc:AlternateContent>
          <mc:Choice Requires="wps">
            <w:drawing>
              <wp:anchor distT="0" distB="0" distL="114300" distR="114300" simplePos="0" relativeHeight="251532288" behindDoc="1" locked="0" layoutInCell="1" allowOverlap="1" wp14:anchorId="3A876202" wp14:editId="758D5157">
                <wp:simplePos x="0" y="0"/>
                <wp:positionH relativeFrom="column">
                  <wp:posOffset>614045</wp:posOffset>
                </wp:positionH>
                <wp:positionV relativeFrom="paragraph">
                  <wp:posOffset>234950</wp:posOffset>
                </wp:positionV>
                <wp:extent cx="1295400" cy="333375"/>
                <wp:effectExtent l="0" t="0" r="0" b="9525"/>
                <wp:wrapTight wrapText="bothSides">
                  <wp:wrapPolygon edited="0">
                    <wp:start x="0" y="0"/>
                    <wp:lineTo x="0" y="20983"/>
                    <wp:lineTo x="21282" y="20983"/>
                    <wp:lineTo x="21282" y="0"/>
                    <wp:lineTo x="0" y="0"/>
                  </wp:wrapPolygon>
                </wp:wrapTight>
                <wp:docPr id="2140137667" name="テキスト ボックス 2"/>
                <wp:cNvGraphicFramePr/>
                <a:graphic xmlns:a="http://schemas.openxmlformats.org/drawingml/2006/main">
                  <a:graphicData uri="http://schemas.microsoft.com/office/word/2010/wordprocessingShape">
                    <wps:wsp>
                      <wps:cNvSpPr txBox="1"/>
                      <wps:spPr>
                        <a:xfrm>
                          <a:off x="0" y="0"/>
                          <a:ext cx="1295400" cy="333375"/>
                        </a:xfrm>
                        <a:prstGeom prst="rect">
                          <a:avLst/>
                        </a:prstGeom>
                        <a:solidFill>
                          <a:schemeClr val="lt1"/>
                        </a:solidFill>
                        <a:ln w="6350">
                          <a:noFill/>
                        </a:ln>
                      </wps:spPr>
                      <wps:txbx>
                        <w:txbxContent>
                          <w:p w14:paraId="6910A263" w14:textId="03820167" w:rsidR="002B2AE0" w:rsidRDefault="002B2AE0" w:rsidP="006C0067">
                            <w:pPr>
                              <w:jc w:val="center"/>
                              <w:rPr>
                                <w:lang w:eastAsia="ja-JP"/>
                              </w:rPr>
                            </w:pPr>
                            <w:r>
                              <w:rPr>
                                <w:rFonts w:hint="eastAsia"/>
                                <w:lang w:eastAsia="ja-JP"/>
                              </w:rPr>
                              <w:t>ポスターデザイン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76202" id="_x0000_s1029" type="#_x0000_t202" style="position:absolute;margin-left:48.35pt;margin-top:18.5pt;width:102pt;height:26.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" fillcolor="white [3201]" stroked="f" strokeweight=".5pt">
                <v:textbox>
                  <w:txbxContent>
                    <w:p w14:paraId="6910A263" w14:textId="03820167" w:rsidR="002B2AE0" w:rsidRDefault="002B2AE0" w:rsidP="006C0067">
                      <w:pPr>
                        <w:jc w:val="center"/>
                        <w:rPr>
                          <w:lang w:eastAsia="ja-JP"/>
                        </w:rPr>
                      </w:pPr>
                      <w:r>
                        <w:rPr>
                          <w:rFonts w:hint="eastAsia"/>
                          <w:lang w:eastAsia="ja-JP"/>
                        </w:rPr>
                        <w:t>ポスターデザイン</w:t>
                      </w:r>
                    </w:p>
                  </w:txbxContent>
                </v:textbox>
                <w10:wrap type="tight"/>
              </v:shape>
            </w:pict>
          </mc:Fallback>
        </mc:AlternateContent>
      </w:r>
    </w:p>
    <w:p w14:paraId="2CFC66C9" w14:textId="17CF9F17" w:rsidR="00BD516C" w:rsidRPr="00BD516C" w:rsidRDefault="00BD516C" w:rsidP="00BD516C">
      <w:pPr>
        <w:rPr>
          <w:rFonts w:ascii="ＭＳ ゴシック" w:eastAsia="ＭＳ ゴシック" w:hAnsi="ＭＳ ゴシック"/>
          <w:lang w:eastAsia="ja-JP"/>
        </w:rPr>
      </w:pPr>
    </w:p>
    <w:p w14:paraId="1E9831A6" w14:textId="34180ECE" w:rsidR="00BD516C" w:rsidRPr="00BD516C" w:rsidRDefault="00BD516C" w:rsidP="00BD516C">
      <w:pPr>
        <w:rPr>
          <w:rFonts w:ascii="ＭＳ ゴシック" w:eastAsia="ＭＳ ゴシック" w:hAnsi="ＭＳ ゴシック"/>
          <w:lang w:eastAsia="ja-JP"/>
        </w:rPr>
      </w:pPr>
    </w:p>
    <w:p w14:paraId="7C93A739" w14:textId="47D7CB6C" w:rsidR="00BD516C" w:rsidRPr="00BD516C" w:rsidRDefault="006C0067" w:rsidP="00BD516C">
      <w:pPr>
        <w:rPr>
          <w:rFonts w:ascii="ＭＳ ゴシック" w:eastAsia="ＭＳ ゴシック" w:hAnsi="ＭＳ ゴシック"/>
          <w:lang w:eastAsia="ja-JP"/>
        </w:rPr>
      </w:pPr>
      <w:r w:rsidRPr="001179BD">
        <w:rPr>
          <w:rFonts w:ascii="ＭＳ ゴシック" w:eastAsia="ＭＳ ゴシック" w:hAnsi="ＭＳ ゴシック" w:hint="eastAsia"/>
          <w:noProof/>
          <w:lang w:eastAsia="ja-JP"/>
        </w:rPr>
        <mc:AlternateContent>
          <mc:Choice Requires="wps">
            <w:drawing>
              <wp:anchor distT="0" distB="0" distL="114300" distR="114300" simplePos="0" relativeHeight="251771904" behindDoc="1" locked="0" layoutInCell="1" allowOverlap="1" wp14:anchorId="6BAAE259" wp14:editId="7A15E5BD">
                <wp:simplePos x="0" y="0"/>
                <wp:positionH relativeFrom="column">
                  <wp:posOffset>3074670</wp:posOffset>
                </wp:positionH>
                <wp:positionV relativeFrom="paragraph">
                  <wp:posOffset>9525</wp:posOffset>
                </wp:positionV>
                <wp:extent cx="1594485" cy="333375"/>
                <wp:effectExtent l="0" t="0" r="5715" b="9525"/>
                <wp:wrapTight wrapText="bothSides">
                  <wp:wrapPolygon edited="0">
                    <wp:start x="0" y="0"/>
                    <wp:lineTo x="0" y="20983"/>
                    <wp:lineTo x="21419" y="20983"/>
                    <wp:lineTo x="21419" y="0"/>
                    <wp:lineTo x="0" y="0"/>
                  </wp:wrapPolygon>
                </wp:wrapTight>
                <wp:docPr id="1524371502" name="テキスト ボックス 2"/>
                <wp:cNvGraphicFramePr/>
                <a:graphic xmlns:a="http://schemas.openxmlformats.org/drawingml/2006/main">
                  <a:graphicData uri="http://schemas.microsoft.com/office/word/2010/wordprocessingShape">
                    <wps:wsp>
                      <wps:cNvSpPr txBox="1"/>
                      <wps:spPr>
                        <a:xfrm>
                          <a:off x="0" y="0"/>
                          <a:ext cx="1594485" cy="333375"/>
                        </a:xfrm>
                        <a:prstGeom prst="rect">
                          <a:avLst/>
                        </a:prstGeom>
                        <a:solidFill>
                          <a:schemeClr val="lt1"/>
                        </a:solidFill>
                        <a:ln w="6350">
                          <a:noFill/>
                        </a:ln>
                      </wps:spPr>
                      <wps:txbx>
                        <w:txbxContent>
                          <w:p w14:paraId="4F9C652B" w14:textId="49CD9EBA" w:rsidR="001B70C1" w:rsidRDefault="001B70C1" w:rsidP="006C0067">
                            <w:pPr>
                              <w:jc w:val="center"/>
                              <w:rPr>
                                <w:lang w:eastAsia="ja-JP"/>
                              </w:rPr>
                            </w:pPr>
                            <w:r>
                              <w:rPr>
                                <w:rFonts w:hint="eastAsia"/>
                                <w:lang w:eastAsia="ja-JP"/>
                              </w:rPr>
                              <w:t>新聞電子版用バナー</w:t>
                            </w:r>
                          </w:p>
                          <w:p w14:paraId="479AE1B8" w14:textId="77777777" w:rsidR="001B70C1" w:rsidRDefault="001B70C1" w:rsidP="006C0067">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AE259" id="_x0000_s1030" type="#_x0000_t202" style="position:absolute;margin-left:242.1pt;margin-top:.75pt;width:125.55pt;height:26.2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" fillcolor="white [3201]" stroked="f" strokeweight=".5pt">
                <v:textbox>
                  <w:txbxContent>
                    <w:p w14:paraId="4F9C652B" w14:textId="49CD9EBA" w:rsidR="001B70C1" w:rsidRDefault="001B70C1" w:rsidP="006C0067">
                      <w:pPr>
                        <w:jc w:val="center"/>
                        <w:rPr>
                          <w:lang w:eastAsia="ja-JP"/>
                        </w:rPr>
                      </w:pPr>
                      <w:r>
                        <w:rPr>
                          <w:rFonts w:hint="eastAsia"/>
                          <w:lang w:eastAsia="ja-JP"/>
                        </w:rPr>
                        <w:t>新聞電子版用バナー</w:t>
                      </w:r>
                    </w:p>
                    <w:p w14:paraId="479AE1B8" w14:textId="77777777" w:rsidR="001B70C1" w:rsidRDefault="001B70C1" w:rsidP="006C0067">
                      <w:pPr>
                        <w:jc w:val="center"/>
                        <w:rPr>
                          <w:lang w:eastAsia="ja-JP"/>
                        </w:rPr>
                      </w:pPr>
                    </w:p>
                  </w:txbxContent>
                </v:textbox>
                <w10:wrap type="tight"/>
              </v:shape>
            </w:pict>
          </mc:Fallback>
        </mc:AlternateContent>
      </w:r>
    </w:p>
    <w:p w14:paraId="0C53E474" w14:textId="636752A6" w:rsidR="00BD516C" w:rsidRPr="00BD516C" w:rsidRDefault="006C0067" w:rsidP="00BD516C">
      <w:pPr>
        <w:rPr>
          <w:rFonts w:ascii="ＭＳ ゴシック" w:eastAsia="ＭＳ ゴシック" w:hAnsi="ＭＳ ゴシック"/>
          <w:lang w:eastAsia="ja-JP"/>
        </w:rPr>
      </w:pPr>
      <w:r w:rsidRPr="008C0DC3">
        <w:rPr>
          <w:rFonts w:ascii="ＭＳ ゴシック" w:eastAsia="ＭＳ ゴシック" w:hAnsi="ＭＳ ゴシック"/>
          <w:noProof/>
          <w:lang w:eastAsia="ja-JP"/>
        </w:rPr>
        <w:lastRenderedPageBreak/>
        <w:drawing>
          <wp:anchor distT="0" distB="0" distL="114300" distR="114300" simplePos="0" relativeHeight="251796480" behindDoc="0" locked="0" layoutInCell="1" allowOverlap="1" wp14:anchorId="5257AD61" wp14:editId="27F67453">
            <wp:simplePos x="0" y="0"/>
            <wp:positionH relativeFrom="margin">
              <wp:posOffset>19050</wp:posOffset>
            </wp:positionH>
            <wp:positionV relativeFrom="paragraph">
              <wp:posOffset>148590</wp:posOffset>
            </wp:positionV>
            <wp:extent cx="3152775" cy="1494155"/>
            <wp:effectExtent l="19050" t="19050" r="9525" b="10795"/>
            <wp:wrapNone/>
            <wp:docPr id="4554499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49928" name=""/>
                    <pic:cNvPicPr/>
                  </pic:nvPicPr>
                  <pic:blipFill>
                    <a:blip r:embed="rId17"/>
                    <a:stretch>
                      <a:fillRect/>
                    </a:stretch>
                  </pic:blipFill>
                  <pic:spPr>
                    <a:xfrm>
                      <a:off x="0" y="0"/>
                      <a:ext cx="3152775" cy="149415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lang w:eastAsia="ja-JP"/>
        </w:rPr>
        <w:drawing>
          <wp:anchor distT="0" distB="0" distL="114300" distR="114300" simplePos="0" relativeHeight="251799552" behindDoc="0" locked="0" layoutInCell="1" allowOverlap="1" wp14:anchorId="328CA78C" wp14:editId="20CB374C">
            <wp:simplePos x="0" y="0"/>
            <wp:positionH relativeFrom="margin">
              <wp:posOffset>3400425</wp:posOffset>
            </wp:positionH>
            <wp:positionV relativeFrom="paragraph">
              <wp:posOffset>151765</wp:posOffset>
            </wp:positionV>
            <wp:extent cx="3181350" cy="2053590"/>
            <wp:effectExtent l="19050" t="19050" r="19050" b="22860"/>
            <wp:wrapNone/>
            <wp:docPr id="170082947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1350" cy="205359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23261DCF" w14:textId="408F22A2" w:rsidR="00BD516C" w:rsidRPr="00BD516C" w:rsidRDefault="00BD516C" w:rsidP="00BD516C">
      <w:pPr>
        <w:rPr>
          <w:rFonts w:ascii="ＭＳ ゴシック" w:eastAsia="ＭＳ ゴシック" w:hAnsi="ＭＳ ゴシック"/>
          <w:lang w:eastAsia="ja-JP"/>
        </w:rPr>
      </w:pPr>
    </w:p>
    <w:p w14:paraId="58C7E356" w14:textId="630CCC9E" w:rsidR="00BD516C" w:rsidRPr="00BD516C" w:rsidRDefault="00BD516C" w:rsidP="00BD516C">
      <w:pPr>
        <w:rPr>
          <w:rFonts w:ascii="ＭＳ ゴシック" w:eastAsia="ＭＳ ゴシック" w:hAnsi="ＭＳ ゴシック"/>
          <w:lang w:eastAsia="ja-JP"/>
        </w:rPr>
      </w:pPr>
    </w:p>
    <w:p w14:paraId="696D41E5" w14:textId="29EFDF4B" w:rsidR="00BD516C" w:rsidRPr="00BD516C" w:rsidRDefault="00BD516C" w:rsidP="00BD516C">
      <w:pPr>
        <w:rPr>
          <w:rFonts w:ascii="ＭＳ ゴシック" w:eastAsia="ＭＳ ゴシック" w:hAnsi="ＭＳ ゴシック"/>
          <w:lang w:eastAsia="ja-JP"/>
        </w:rPr>
      </w:pPr>
    </w:p>
    <w:p w14:paraId="6D06ADAB" w14:textId="0FAC9BDA" w:rsidR="00BD516C" w:rsidRPr="00BD516C" w:rsidRDefault="00BD516C" w:rsidP="00BD516C">
      <w:pPr>
        <w:rPr>
          <w:rFonts w:ascii="ＭＳ ゴシック" w:eastAsia="ＭＳ ゴシック" w:hAnsi="ＭＳ ゴシック"/>
          <w:lang w:eastAsia="ja-JP"/>
        </w:rPr>
      </w:pPr>
    </w:p>
    <w:p w14:paraId="4AE74438" w14:textId="53F4A51F" w:rsidR="00BD516C" w:rsidRPr="00BD516C" w:rsidRDefault="006C0067" w:rsidP="00BD516C">
      <w:pPr>
        <w:rPr>
          <w:rFonts w:ascii="ＭＳ ゴシック" w:eastAsia="ＭＳ ゴシック" w:hAnsi="ＭＳ ゴシック"/>
          <w:lang w:eastAsia="ja-JP"/>
        </w:rPr>
      </w:pPr>
      <w:r w:rsidRPr="001179BD">
        <w:rPr>
          <w:rFonts w:ascii="ＭＳ ゴシック" w:eastAsia="ＭＳ ゴシック" w:hAnsi="ＭＳ ゴシック" w:hint="eastAsia"/>
          <w:noProof/>
          <w:lang w:eastAsia="ja-JP"/>
        </w:rPr>
        <mc:AlternateContent>
          <mc:Choice Requires="wps">
            <w:drawing>
              <wp:anchor distT="0" distB="0" distL="114300" distR="114300" simplePos="0" relativeHeight="251798528" behindDoc="1" locked="0" layoutInCell="1" allowOverlap="1" wp14:anchorId="015BCEC9" wp14:editId="42937806">
                <wp:simplePos x="0" y="0"/>
                <wp:positionH relativeFrom="column">
                  <wp:posOffset>914400</wp:posOffset>
                </wp:positionH>
                <wp:positionV relativeFrom="paragraph">
                  <wp:posOffset>36830</wp:posOffset>
                </wp:positionV>
                <wp:extent cx="1295400" cy="333375"/>
                <wp:effectExtent l="0" t="0" r="0" b="9525"/>
                <wp:wrapTight wrapText="bothSides">
                  <wp:wrapPolygon edited="0">
                    <wp:start x="0" y="0"/>
                    <wp:lineTo x="0" y="20983"/>
                    <wp:lineTo x="21282" y="20983"/>
                    <wp:lineTo x="21282" y="0"/>
                    <wp:lineTo x="0" y="0"/>
                  </wp:wrapPolygon>
                </wp:wrapTight>
                <wp:docPr id="1113489206" name="テキスト ボックス 2"/>
                <wp:cNvGraphicFramePr/>
                <a:graphic xmlns:a="http://schemas.openxmlformats.org/drawingml/2006/main">
                  <a:graphicData uri="http://schemas.microsoft.com/office/word/2010/wordprocessingShape">
                    <wps:wsp>
                      <wps:cNvSpPr txBox="1"/>
                      <wps:spPr>
                        <a:xfrm>
                          <a:off x="0" y="0"/>
                          <a:ext cx="1295400" cy="333375"/>
                        </a:xfrm>
                        <a:prstGeom prst="rect">
                          <a:avLst/>
                        </a:prstGeom>
                        <a:solidFill>
                          <a:schemeClr val="lt1"/>
                        </a:solidFill>
                        <a:ln w="6350">
                          <a:noFill/>
                        </a:ln>
                      </wps:spPr>
                      <wps:txbx>
                        <w:txbxContent>
                          <w:p w14:paraId="5D631A02" w14:textId="28161A20" w:rsidR="008C0DC3" w:rsidRDefault="008C0DC3" w:rsidP="006C0067">
                            <w:pPr>
                              <w:jc w:val="center"/>
                              <w:rPr>
                                <w:lang w:eastAsia="ja-JP"/>
                              </w:rPr>
                            </w:pPr>
                            <w:r>
                              <w:rPr>
                                <w:rFonts w:hint="eastAsia"/>
                                <w:lang w:eastAsia="ja-JP"/>
                              </w:rPr>
                              <w:t>参加賞Tシャツ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BCEC9" id="_x0000_s1031" type="#_x0000_t202" style="position:absolute;margin-left:1in;margin-top:2.9pt;width:102pt;height:26.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" fillcolor="white [3201]" stroked="f" strokeweight=".5pt">
                <v:textbox>
                  <w:txbxContent>
                    <w:p w14:paraId="5D631A02" w14:textId="28161A20" w:rsidR="008C0DC3" w:rsidRDefault="008C0DC3" w:rsidP="006C0067">
                      <w:pPr>
                        <w:jc w:val="center"/>
                        <w:rPr>
                          <w:lang w:eastAsia="ja-JP"/>
                        </w:rPr>
                      </w:pPr>
                      <w:r>
                        <w:rPr>
                          <w:rFonts w:hint="eastAsia"/>
                          <w:lang w:eastAsia="ja-JP"/>
                        </w:rPr>
                        <w:t>参加賞Tシャツ</w:t>
                      </w:r>
                    </w:p>
                  </w:txbxContent>
                </v:textbox>
                <w10:wrap type="tight"/>
              </v:shape>
            </w:pict>
          </mc:Fallback>
        </mc:AlternateContent>
      </w:r>
    </w:p>
    <w:p w14:paraId="242C2C76" w14:textId="115EC9DC" w:rsidR="00BD516C" w:rsidRDefault="006C0067" w:rsidP="00940BBF">
      <w:pPr>
        <w:tabs>
          <w:tab w:val="left" w:pos="2505"/>
        </w:tabs>
        <w:rPr>
          <w:rFonts w:ascii="ＭＳ ゴシック" w:eastAsia="ＭＳ ゴシック" w:hAnsi="ＭＳ ゴシック"/>
          <w:lang w:eastAsia="ja-JP"/>
        </w:rPr>
      </w:pPr>
      <w:r w:rsidRPr="00D26345">
        <w:rPr>
          <w:rFonts w:ascii="ＭＳ ゴシック" w:eastAsia="ＭＳ ゴシック" w:hAnsi="ＭＳ ゴシック"/>
          <w:noProof/>
          <w:lang w:eastAsia="ja-JP"/>
        </w:rPr>
        <w:drawing>
          <wp:anchor distT="0" distB="0" distL="114300" distR="114300" simplePos="0" relativeHeight="251802624" behindDoc="0" locked="0" layoutInCell="1" allowOverlap="1" wp14:anchorId="369FA3E5" wp14:editId="2F2818C0">
            <wp:simplePos x="0" y="0"/>
            <wp:positionH relativeFrom="margin">
              <wp:posOffset>139700</wp:posOffset>
            </wp:positionH>
            <wp:positionV relativeFrom="paragraph">
              <wp:posOffset>269240</wp:posOffset>
            </wp:positionV>
            <wp:extent cx="2663190" cy="3780155"/>
            <wp:effectExtent l="19050" t="19050" r="22860" b="10795"/>
            <wp:wrapNone/>
            <wp:docPr id="15784704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70479" name=""/>
                    <pic:cNvPicPr/>
                  </pic:nvPicPr>
                  <pic:blipFill>
                    <a:blip r:embed="rId19"/>
                    <a:stretch>
                      <a:fillRect/>
                    </a:stretch>
                  </pic:blipFill>
                  <pic:spPr>
                    <a:xfrm>
                      <a:off x="0" y="0"/>
                      <a:ext cx="2663190" cy="378015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Pr="001179BD">
        <w:rPr>
          <w:rFonts w:ascii="ＭＳ ゴシック" w:eastAsia="ＭＳ ゴシック" w:hAnsi="ＭＳ ゴシック" w:hint="eastAsia"/>
          <w:noProof/>
          <w:lang w:eastAsia="ja-JP"/>
        </w:rPr>
        <mc:AlternateContent>
          <mc:Choice Requires="wps">
            <w:drawing>
              <wp:anchor distT="0" distB="0" distL="114300" distR="114300" simplePos="0" relativeHeight="251801600" behindDoc="1" locked="0" layoutInCell="1" allowOverlap="1" wp14:anchorId="795269C6" wp14:editId="36E36E87">
                <wp:simplePos x="0" y="0"/>
                <wp:positionH relativeFrom="column">
                  <wp:posOffset>4391025</wp:posOffset>
                </wp:positionH>
                <wp:positionV relativeFrom="paragraph">
                  <wp:posOffset>270510</wp:posOffset>
                </wp:positionV>
                <wp:extent cx="1295400" cy="333375"/>
                <wp:effectExtent l="0" t="0" r="0" b="9525"/>
                <wp:wrapTight wrapText="bothSides">
                  <wp:wrapPolygon edited="0">
                    <wp:start x="0" y="0"/>
                    <wp:lineTo x="0" y="20983"/>
                    <wp:lineTo x="21282" y="20983"/>
                    <wp:lineTo x="21282" y="0"/>
                    <wp:lineTo x="0" y="0"/>
                  </wp:wrapPolygon>
                </wp:wrapTight>
                <wp:docPr id="23169176" name="テキスト ボックス 2"/>
                <wp:cNvGraphicFramePr/>
                <a:graphic xmlns:a="http://schemas.openxmlformats.org/drawingml/2006/main">
                  <a:graphicData uri="http://schemas.microsoft.com/office/word/2010/wordprocessingShape">
                    <wps:wsp>
                      <wps:cNvSpPr txBox="1"/>
                      <wps:spPr>
                        <a:xfrm>
                          <a:off x="0" y="0"/>
                          <a:ext cx="1295400" cy="333375"/>
                        </a:xfrm>
                        <a:prstGeom prst="rect">
                          <a:avLst/>
                        </a:prstGeom>
                        <a:solidFill>
                          <a:schemeClr val="lt1"/>
                        </a:solidFill>
                        <a:ln w="6350">
                          <a:noFill/>
                        </a:ln>
                      </wps:spPr>
                      <wps:txbx>
                        <w:txbxContent>
                          <w:p w14:paraId="45DB30DA" w14:textId="49773362" w:rsidR="000318CC" w:rsidRDefault="000318CC" w:rsidP="006C0067">
                            <w:pPr>
                              <w:jc w:val="center"/>
                              <w:rPr>
                                <w:lang w:eastAsia="ja-JP"/>
                              </w:rPr>
                            </w:pPr>
                            <w:r>
                              <w:rPr>
                                <w:rFonts w:hint="eastAsia"/>
                                <w:lang w:eastAsia="ja-JP"/>
                              </w:rPr>
                              <w:t>完走メダル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269C6" id="_x0000_s1032" type="#_x0000_t202" style="position:absolute;margin-left:345.75pt;margin-top:21.3pt;width:102pt;height:26.2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" fillcolor="white [3201]" stroked="f" strokeweight=".5pt">
                <v:textbox>
                  <w:txbxContent>
                    <w:p w14:paraId="45DB30DA" w14:textId="49773362" w:rsidR="000318CC" w:rsidRDefault="000318CC" w:rsidP="006C0067">
                      <w:pPr>
                        <w:jc w:val="center"/>
                        <w:rPr>
                          <w:lang w:eastAsia="ja-JP"/>
                        </w:rPr>
                      </w:pPr>
                      <w:r>
                        <w:rPr>
                          <w:rFonts w:hint="eastAsia"/>
                          <w:lang w:eastAsia="ja-JP"/>
                        </w:rPr>
                        <w:t>完走メダル</w:t>
                      </w:r>
                    </w:p>
                  </w:txbxContent>
                </v:textbox>
                <w10:wrap type="tight"/>
              </v:shape>
            </w:pict>
          </mc:Fallback>
        </mc:AlternateContent>
      </w:r>
    </w:p>
    <w:p w14:paraId="030CA287" w14:textId="202E2C8D" w:rsidR="00940BBF" w:rsidRPr="00BD516C" w:rsidRDefault="00940BBF" w:rsidP="00940BBF">
      <w:pPr>
        <w:tabs>
          <w:tab w:val="left" w:pos="2505"/>
        </w:tabs>
        <w:rPr>
          <w:rFonts w:ascii="ＭＳ ゴシック" w:eastAsia="ＭＳ ゴシック" w:hAnsi="ＭＳ ゴシック"/>
          <w:lang w:eastAsia="ja-JP"/>
        </w:rPr>
      </w:pPr>
    </w:p>
    <w:p w14:paraId="52C55A81" w14:textId="57786B68" w:rsidR="00BD516C" w:rsidRPr="00BD516C" w:rsidRDefault="00BD516C" w:rsidP="00BD516C">
      <w:pPr>
        <w:rPr>
          <w:rFonts w:ascii="ＭＳ ゴシック" w:eastAsia="ＭＳ ゴシック" w:hAnsi="ＭＳ ゴシック"/>
          <w:lang w:eastAsia="ja-JP"/>
        </w:rPr>
      </w:pPr>
    </w:p>
    <w:p w14:paraId="15EF2A16" w14:textId="6A69ED63" w:rsidR="00BD516C" w:rsidRDefault="006C0067" w:rsidP="00BD516C">
      <w:pPr>
        <w:rPr>
          <w:rFonts w:ascii="ＭＳ ゴシック" w:eastAsia="ＭＳ ゴシック" w:hAnsi="ＭＳ ゴシック"/>
          <w:lang w:eastAsia="ja-JP"/>
        </w:rPr>
      </w:pPr>
      <w:r w:rsidRPr="002B5026">
        <w:rPr>
          <w:rFonts w:ascii="ＭＳ ゴシック" w:eastAsia="ＭＳ ゴシック" w:hAnsi="ＭＳ ゴシック"/>
          <w:noProof/>
          <w:lang w:eastAsia="ja-JP"/>
        </w:rPr>
        <w:drawing>
          <wp:anchor distT="0" distB="0" distL="114300" distR="114300" simplePos="0" relativeHeight="251805696" behindDoc="0" locked="0" layoutInCell="1" allowOverlap="1" wp14:anchorId="5EEF6857" wp14:editId="5CC15E02">
            <wp:simplePos x="0" y="0"/>
            <wp:positionH relativeFrom="margin">
              <wp:posOffset>3401060</wp:posOffset>
            </wp:positionH>
            <wp:positionV relativeFrom="paragraph">
              <wp:posOffset>121285</wp:posOffset>
            </wp:positionV>
            <wp:extent cx="2955925" cy="4102100"/>
            <wp:effectExtent l="19050" t="19050" r="15875" b="12700"/>
            <wp:wrapNone/>
            <wp:docPr id="13757494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49443" name=""/>
                    <pic:cNvPicPr/>
                  </pic:nvPicPr>
                  <pic:blipFill>
                    <a:blip r:embed="rId20"/>
                    <a:stretch>
                      <a:fillRect/>
                    </a:stretch>
                  </pic:blipFill>
                  <pic:spPr>
                    <a:xfrm>
                      <a:off x="0" y="0"/>
                      <a:ext cx="2955925" cy="410210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D26345" w:rsidRPr="00D26345">
        <w:rPr>
          <w:rFonts w:ascii="ＭＳ ゴシック" w:eastAsia="ＭＳ ゴシック" w:hAnsi="ＭＳ ゴシック" w:hint="eastAsia"/>
          <w:lang w:eastAsia="ja-JP"/>
        </w:rPr>
        <w:t xml:space="preserve"> </w:t>
      </w:r>
      <w:r w:rsidR="002B5026" w:rsidRPr="002B5026">
        <w:rPr>
          <w:rFonts w:ascii="ＭＳ ゴシック" w:eastAsia="ＭＳ ゴシック" w:hAnsi="ＭＳ ゴシック" w:hint="eastAsia"/>
          <w:lang w:eastAsia="ja-JP"/>
        </w:rPr>
        <w:t xml:space="preserve"> </w:t>
      </w:r>
    </w:p>
    <w:p w14:paraId="5FB0F41E" w14:textId="77777777" w:rsidR="00C71C96" w:rsidRPr="00C71C96" w:rsidRDefault="00C71C96" w:rsidP="00C71C96">
      <w:pPr>
        <w:rPr>
          <w:rFonts w:ascii="ＭＳ ゴシック" w:eastAsia="ＭＳ ゴシック" w:hAnsi="ＭＳ ゴシック"/>
          <w:lang w:eastAsia="ja-JP"/>
        </w:rPr>
      </w:pPr>
    </w:p>
    <w:p w14:paraId="56FE204B" w14:textId="77777777" w:rsidR="00C71C96" w:rsidRPr="00C71C96" w:rsidRDefault="00C71C96" w:rsidP="00C71C96">
      <w:pPr>
        <w:rPr>
          <w:rFonts w:ascii="ＭＳ ゴシック" w:eastAsia="ＭＳ ゴシック" w:hAnsi="ＭＳ ゴシック"/>
          <w:lang w:eastAsia="ja-JP"/>
        </w:rPr>
      </w:pPr>
    </w:p>
    <w:p w14:paraId="5538AC6F" w14:textId="77777777" w:rsidR="00C71C96" w:rsidRPr="00C71C96" w:rsidRDefault="00C71C96" w:rsidP="00C71C96">
      <w:pPr>
        <w:rPr>
          <w:rFonts w:ascii="ＭＳ ゴシック" w:eastAsia="ＭＳ ゴシック" w:hAnsi="ＭＳ ゴシック"/>
          <w:lang w:eastAsia="ja-JP"/>
        </w:rPr>
      </w:pPr>
    </w:p>
    <w:p w14:paraId="6B1C2460" w14:textId="77777777" w:rsidR="00C71C96" w:rsidRPr="00C71C96" w:rsidRDefault="00C71C96" w:rsidP="00C71C96">
      <w:pPr>
        <w:rPr>
          <w:rFonts w:ascii="ＭＳ ゴシック" w:eastAsia="ＭＳ ゴシック" w:hAnsi="ＭＳ ゴシック"/>
          <w:lang w:eastAsia="ja-JP"/>
        </w:rPr>
      </w:pPr>
    </w:p>
    <w:p w14:paraId="3C05BE31" w14:textId="77777777" w:rsidR="00C71C96" w:rsidRPr="00C71C96" w:rsidRDefault="00C71C96" w:rsidP="00C71C96">
      <w:pPr>
        <w:rPr>
          <w:rFonts w:ascii="ＭＳ ゴシック" w:eastAsia="ＭＳ ゴシック" w:hAnsi="ＭＳ ゴシック"/>
          <w:lang w:eastAsia="ja-JP"/>
        </w:rPr>
      </w:pPr>
    </w:p>
    <w:p w14:paraId="0FAC0A36" w14:textId="77777777" w:rsidR="00C71C96" w:rsidRPr="00C71C96" w:rsidRDefault="00C71C96" w:rsidP="00C71C96">
      <w:pPr>
        <w:rPr>
          <w:rFonts w:ascii="ＭＳ ゴシック" w:eastAsia="ＭＳ ゴシック" w:hAnsi="ＭＳ ゴシック"/>
          <w:lang w:eastAsia="ja-JP"/>
        </w:rPr>
      </w:pPr>
    </w:p>
    <w:p w14:paraId="50B45231" w14:textId="77777777" w:rsidR="00C71C96" w:rsidRPr="00C71C96" w:rsidRDefault="00C71C96" w:rsidP="00C71C96">
      <w:pPr>
        <w:rPr>
          <w:rFonts w:ascii="ＭＳ ゴシック" w:eastAsia="ＭＳ ゴシック" w:hAnsi="ＭＳ ゴシック"/>
          <w:lang w:eastAsia="ja-JP"/>
        </w:rPr>
      </w:pPr>
    </w:p>
    <w:p w14:paraId="1B27C80A" w14:textId="77777777" w:rsidR="00C71C96" w:rsidRPr="00C71C96" w:rsidRDefault="00C71C96" w:rsidP="00C71C96">
      <w:pPr>
        <w:rPr>
          <w:rFonts w:ascii="ＭＳ ゴシック" w:eastAsia="ＭＳ ゴシック" w:hAnsi="ＭＳ ゴシック"/>
          <w:lang w:eastAsia="ja-JP"/>
        </w:rPr>
      </w:pPr>
    </w:p>
    <w:p w14:paraId="761F56C7" w14:textId="46F3E5DF" w:rsidR="00C71C96" w:rsidRPr="00C71C96" w:rsidRDefault="006C0067" w:rsidP="00C71C96">
      <w:pPr>
        <w:rPr>
          <w:rFonts w:ascii="ＭＳ ゴシック" w:eastAsia="ＭＳ ゴシック" w:hAnsi="ＭＳ ゴシック"/>
          <w:lang w:eastAsia="ja-JP"/>
        </w:rPr>
      </w:pPr>
      <w:r w:rsidRPr="001179BD">
        <w:rPr>
          <w:rFonts w:ascii="ＭＳ ゴシック" w:eastAsia="ＭＳ ゴシック" w:hAnsi="ＭＳ ゴシック" w:hint="eastAsia"/>
          <w:noProof/>
          <w:lang w:eastAsia="ja-JP"/>
        </w:rPr>
        <mc:AlternateContent>
          <mc:Choice Requires="wps">
            <w:drawing>
              <wp:anchor distT="0" distB="0" distL="114300" distR="114300" simplePos="0" relativeHeight="251804672" behindDoc="1" locked="0" layoutInCell="1" allowOverlap="1" wp14:anchorId="71EC0775" wp14:editId="6A237308">
                <wp:simplePos x="0" y="0"/>
                <wp:positionH relativeFrom="column">
                  <wp:posOffset>797560</wp:posOffset>
                </wp:positionH>
                <wp:positionV relativeFrom="paragraph">
                  <wp:posOffset>172720</wp:posOffset>
                </wp:positionV>
                <wp:extent cx="1295400" cy="333375"/>
                <wp:effectExtent l="0" t="0" r="0" b="9525"/>
                <wp:wrapTight wrapText="bothSides">
                  <wp:wrapPolygon edited="0">
                    <wp:start x="0" y="0"/>
                    <wp:lineTo x="0" y="20983"/>
                    <wp:lineTo x="21282" y="20983"/>
                    <wp:lineTo x="21282" y="0"/>
                    <wp:lineTo x="0" y="0"/>
                  </wp:wrapPolygon>
                </wp:wrapTight>
                <wp:docPr id="693505350" name="テキスト ボックス 2"/>
                <wp:cNvGraphicFramePr/>
                <a:graphic xmlns:a="http://schemas.openxmlformats.org/drawingml/2006/main">
                  <a:graphicData uri="http://schemas.microsoft.com/office/word/2010/wordprocessingShape">
                    <wps:wsp>
                      <wps:cNvSpPr txBox="1"/>
                      <wps:spPr>
                        <a:xfrm>
                          <a:off x="0" y="0"/>
                          <a:ext cx="1295400" cy="333375"/>
                        </a:xfrm>
                        <a:prstGeom prst="rect">
                          <a:avLst/>
                        </a:prstGeom>
                        <a:solidFill>
                          <a:schemeClr val="lt1"/>
                        </a:solidFill>
                        <a:ln w="6350">
                          <a:noFill/>
                        </a:ln>
                      </wps:spPr>
                      <wps:txbx>
                        <w:txbxContent>
                          <w:p w14:paraId="53208B66" w14:textId="4479D6AD" w:rsidR="00D26345" w:rsidRDefault="00D26345" w:rsidP="006C0067">
                            <w:pPr>
                              <w:jc w:val="center"/>
                              <w:rPr>
                                <w:lang w:eastAsia="ja-JP"/>
                              </w:rPr>
                            </w:pPr>
                            <w:r>
                              <w:rPr>
                                <w:rFonts w:hint="eastAsia"/>
                                <w:lang w:eastAsia="ja-JP"/>
                              </w:rPr>
                              <w:t>表彰状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C0775" id="_x0000_s1033" type="#_x0000_t202" style="position:absolute;margin-left:62.8pt;margin-top:13.6pt;width:102pt;height:26.2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" fillcolor="white [3201]" stroked="f" strokeweight=".5pt">
                <v:textbox>
                  <w:txbxContent>
                    <w:p w14:paraId="53208B66" w14:textId="4479D6AD" w:rsidR="00D26345" w:rsidRDefault="00D26345" w:rsidP="006C0067">
                      <w:pPr>
                        <w:jc w:val="center"/>
                        <w:rPr>
                          <w:lang w:eastAsia="ja-JP"/>
                        </w:rPr>
                      </w:pPr>
                      <w:r>
                        <w:rPr>
                          <w:rFonts w:hint="eastAsia"/>
                          <w:lang w:eastAsia="ja-JP"/>
                        </w:rPr>
                        <w:t>表彰状</w:t>
                      </w:r>
                    </w:p>
                  </w:txbxContent>
                </v:textbox>
                <w10:wrap type="tight"/>
              </v:shape>
            </w:pict>
          </mc:Fallback>
        </mc:AlternateContent>
      </w:r>
    </w:p>
    <w:p w14:paraId="5E185F4C" w14:textId="78711C41" w:rsidR="00C71C96" w:rsidRPr="00C71C96" w:rsidRDefault="00C71C96" w:rsidP="00C71C96">
      <w:pPr>
        <w:rPr>
          <w:rFonts w:ascii="ＭＳ ゴシック" w:eastAsia="ＭＳ ゴシック" w:hAnsi="ＭＳ ゴシック"/>
          <w:lang w:eastAsia="ja-JP"/>
        </w:rPr>
      </w:pPr>
    </w:p>
    <w:p w14:paraId="4CAFE868" w14:textId="363881FB" w:rsidR="00C71C96" w:rsidRPr="00C71C96" w:rsidRDefault="00C71C96" w:rsidP="00C71C96">
      <w:pPr>
        <w:rPr>
          <w:rFonts w:ascii="ＭＳ ゴシック" w:eastAsia="ＭＳ ゴシック" w:hAnsi="ＭＳ ゴシック"/>
          <w:lang w:eastAsia="ja-JP"/>
        </w:rPr>
      </w:pPr>
    </w:p>
    <w:p w14:paraId="58300DC1" w14:textId="3FDF003D" w:rsidR="00C71C96" w:rsidRPr="00C71C96" w:rsidRDefault="00C71C96" w:rsidP="00C71C96">
      <w:pPr>
        <w:rPr>
          <w:rFonts w:ascii="ＭＳ ゴシック" w:eastAsia="ＭＳ ゴシック" w:hAnsi="ＭＳ ゴシック"/>
          <w:lang w:eastAsia="ja-JP"/>
        </w:rPr>
      </w:pPr>
    </w:p>
    <w:p w14:paraId="173CC4D3" w14:textId="691900FE" w:rsidR="00C71C96" w:rsidRPr="00C71C96" w:rsidRDefault="001622F8" w:rsidP="00C71C96">
      <w:pPr>
        <w:rPr>
          <w:rFonts w:ascii="ＭＳ ゴシック" w:eastAsia="ＭＳ ゴシック" w:hAnsi="ＭＳ ゴシック"/>
          <w:lang w:eastAsia="ja-JP"/>
        </w:rPr>
      </w:pPr>
      <w:r w:rsidRPr="001179BD">
        <w:rPr>
          <w:rFonts w:ascii="ＭＳ ゴシック" w:eastAsia="ＭＳ ゴシック" w:hAnsi="ＭＳ ゴシック" w:hint="eastAsia"/>
          <w:noProof/>
          <w:lang w:eastAsia="ja-JP"/>
        </w:rPr>
        <mc:AlternateContent>
          <mc:Choice Requires="wps">
            <w:drawing>
              <wp:anchor distT="0" distB="0" distL="114300" distR="114300" simplePos="0" relativeHeight="251807744" behindDoc="1" locked="0" layoutInCell="1" allowOverlap="1" wp14:anchorId="6A6FE291" wp14:editId="419C7D2C">
                <wp:simplePos x="0" y="0"/>
                <wp:positionH relativeFrom="column">
                  <wp:posOffset>4246880</wp:posOffset>
                </wp:positionH>
                <wp:positionV relativeFrom="paragraph">
                  <wp:posOffset>19050</wp:posOffset>
                </wp:positionV>
                <wp:extent cx="1295400" cy="333375"/>
                <wp:effectExtent l="0" t="0" r="0" b="9525"/>
                <wp:wrapTight wrapText="bothSides">
                  <wp:wrapPolygon edited="0">
                    <wp:start x="0" y="0"/>
                    <wp:lineTo x="0" y="20983"/>
                    <wp:lineTo x="21282" y="20983"/>
                    <wp:lineTo x="21282" y="0"/>
                    <wp:lineTo x="0" y="0"/>
                  </wp:wrapPolygon>
                </wp:wrapTight>
                <wp:docPr id="298564470" name="テキスト ボックス 2"/>
                <wp:cNvGraphicFramePr/>
                <a:graphic xmlns:a="http://schemas.openxmlformats.org/drawingml/2006/main">
                  <a:graphicData uri="http://schemas.microsoft.com/office/word/2010/wordprocessingShape">
                    <wps:wsp>
                      <wps:cNvSpPr txBox="1"/>
                      <wps:spPr>
                        <a:xfrm>
                          <a:off x="0" y="0"/>
                          <a:ext cx="1295400" cy="333375"/>
                        </a:xfrm>
                        <a:prstGeom prst="rect">
                          <a:avLst/>
                        </a:prstGeom>
                        <a:solidFill>
                          <a:schemeClr val="lt1"/>
                        </a:solidFill>
                        <a:ln w="6350">
                          <a:noFill/>
                        </a:ln>
                      </wps:spPr>
                      <wps:txbx>
                        <w:txbxContent>
                          <w:p w14:paraId="1450B610" w14:textId="2A1018E3" w:rsidR="002B5026" w:rsidRDefault="002B5026" w:rsidP="006C0067">
                            <w:pPr>
                              <w:jc w:val="center"/>
                              <w:rPr>
                                <w:lang w:eastAsia="ja-JP"/>
                              </w:rPr>
                            </w:pPr>
                            <w:r>
                              <w:rPr>
                                <w:rFonts w:hint="eastAsia"/>
                                <w:lang w:eastAsia="ja-JP"/>
                              </w:rPr>
                              <w:t>プログラム表紙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FE291" id="_x0000_s1034" type="#_x0000_t202" style="position:absolute;margin-left:334.4pt;margin-top:1.5pt;width:102pt;height:26.2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" fillcolor="white [3201]" stroked="f" strokeweight=".5pt">
                <v:textbox>
                  <w:txbxContent>
                    <w:p w14:paraId="1450B610" w14:textId="2A1018E3" w:rsidR="002B5026" w:rsidRDefault="002B5026" w:rsidP="006C0067">
                      <w:pPr>
                        <w:jc w:val="center"/>
                        <w:rPr>
                          <w:lang w:eastAsia="ja-JP"/>
                        </w:rPr>
                      </w:pPr>
                      <w:r>
                        <w:rPr>
                          <w:rFonts w:hint="eastAsia"/>
                          <w:lang w:eastAsia="ja-JP"/>
                        </w:rPr>
                        <w:t>プログラム表紙</w:t>
                      </w:r>
                    </w:p>
                  </w:txbxContent>
                </v:textbox>
                <w10:wrap type="tight"/>
              </v:shape>
            </w:pict>
          </mc:Fallback>
        </mc:AlternateContent>
      </w:r>
    </w:p>
    <w:p w14:paraId="6642CBD7" w14:textId="23B8AF06" w:rsidR="00C71C96" w:rsidRPr="00C71C96" w:rsidRDefault="00C71C96" w:rsidP="00C71C96">
      <w:pPr>
        <w:rPr>
          <w:rFonts w:ascii="ＭＳ ゴシック" w:eastAsia="ＭＳ ゴシック" w:hAnsi="ＭＳ ゴシック"/>
          <w:lang w:eastAsia="ja-JP"/>
        </w:rPr>
      </w:pPr>
    </w:p>
    <w:p w14:paraId="3B49BB5F" w14:textId="42E39E74" w:rsidR="00C71C96" w:rsidRPr="00C71C96" w:rsidRDefault="00C71C96" w:rsidP="00C71C96">
      <w:pPr>
        <w:rPr>
          <w:rFonts w:ascii="ＭＳ ゴシック" w:eastAsia="ＭＳ ゴシック" w:hAnsi="ＭＳ ゴシック"/>
          <w:lang w:eastAsia="ja-JP"/>
        </w:rPr>
      </w:pPr>
    </w:p>
    <w:p w14:paraId="774B2058" w14:textId="37B7C729" w:rsidR="00C71C96" w:rsidRPr="00C71C96" w:rsidRDefault="00C71C96" w:rsidP="00C71C96">
      <w:pPr>
        <w:rPr>
          <w:rFonts w:ascii="ＭＳ ゴシック" w:eastAsia="ＭＳ ゴシック" w:hAnsi="ＭＳ ゴシック"/>
          <w:lang w:eastAsia="ja-JP"/>
        </w:rPr>
      </w:pPr>
    </w:p>
    <w:p w14:paraId="53C3C2CD" w14:textId="14A2A95B" w:rsidR="00C71C96" w:rsidRPr="00C71C96" w:rsidRDefault="00C71C96" w:rsidP="00C71C96">
      <w:pPr>
        <w:rPr>
          <w:rFonts w:ascii="ＭＳ ゴシック" w:eastAsia="ＭＳ ゴシック" w:hAnsi="ＭＳ ゴシック"/>
          <w:lang w:eastAsia="ja-JP"/>
        </w:rPr>
      </w:pPr>
    </w:p>
    <w:p w14:paraId="7CD92FF6" w14:textId="37C8D799" w:rsidR="00C71C96" w:rsidRPr="00C71C96" w:rsidRDefault="00C71C96" w:rsidP="00C71C96">
      <w:pPr>
        <w:rPr>
          <w:rFonts w:ascii="ＭＳ ゴシック" w:eastAsia="ＭＳ ゴシック" w:hAnsi="ＭＳ ゴシック"/>
          <w:lang w:eastAsia="ja-JP"/>
        </w:rPr>
      </w:pPr>
    </w:p>
    <w:p w14:paraId="5379A547" w14:textId="3076AB7A" w:rsidR="00C71C96" w:rsidRPr="00C71C96" w:rsidRDefault="00C71C96" w:rsidP="00C71C96">
      <w:pPr>
        <w:tabs>
          <w:tab w:val="left" w:pos="3770"/>
        </w:tabs>
        <w:rPr>
          <w:rFonts w:ascii="ＭＳ ゴシック" w:eastAsia="ＭＳ ゴシック" w:hAnsi="ＭＳ ゴシック"/>
          <w:lang w:eastAsia="ja-JP"/>
        </w:rPr>
      </w:pPr>
      <w:r w:rsidRPr="001179BD">
        <w:rPr>
          <w:rFonts w:ascii="ＭＳ ゴシック" w:eastAsia="ＭＳ ゴシック" w:hAnsi="ＭＳ ゴシック"/>
          <w:b/>
          <w:sz w:val="24"/>
          <w:lang w:eastAsia="ja-JP"/>
        </w:rPr>
        <w:lastRenderedPageBreak/>
        <w:t>別紙</w:t>
      </w:r>
      <w:r>
        <w:rPr>
          <w:rFonts w:ascii="ＭＳ ゴシック" w:eastAsia="ＭＳ ゴシック" w:hAnsi="ＭＳ ゴシック" w:hint="eastAsia"/>
          <w:b/>
          <w:sz w:val="24"/>
          <w:lang w:eastAsia="ja-JP"/>
        </w:rPr>
        <w:t>５</w:t>
      </w:r>
    </w:p>
    <w:p w14:paraId="7CC666E9" w14:textId="117796F1" w:rsidR="00C71C96" w:rsidRPr="00BD516C" w:rsidRDefault="00C71C96" w:rsidP="00C71C96">
      <w:pPr>
        <w:spacing w:after="40"/>
        <w:rPr>
          <w:rFonts w:ascii="ＭＳ ゴシック" w:eastAsia="ＭＳ ゴシック" w:hAnsi="ＭＳ ゴシック"/>
          <w:b/>
          <w:sz w:val="24"/>
          <w:lang w:eastAsia="ja-JP"/>
        </w:rPr>
      </w:pPr>
      <w:r>
        <w:rPr>
          <w:rFonts w:ascii="ＭＳ ゴシック" w:eastAsia="ＭＳ ゴシック" w:hAnsi="ＭＳ ゴシック" w:cs="ＭＳ Ｐゴシック" w:hint="eastAsia"/>
          <w:b/>
          <w:bCs/>
          <w:sz w:val="24"/>
          <w:szCs w:val="24"/>
          <w:lang w:eastAsia="ja-JP"/>
        </w:rPr>
        <w:t>新コース情報</w:t>
      </w:r>
    </w:p>
    <w:p w14:paraId="41945A16" w14:textId="5CE2222D" w:rsidR="00C71C96" w:rsidRPr="00C71C96" w:rsidRDefault="00C87D42" w:rsidP="00C71C96">
      <w:pPr>
        <w:rPr>
          <w:rFonts w:ascii="ＭＳ ゴシック" w:eastAsia="ＭＳ ゴシック" w:hAnsi="ＭＳ ゴシック"/>
          <w:lang w:eastAsia="ja-JP"/>
        </w:rPr>
      </w:pPr>
      <w:r w:rsidRPr="001179BD">
        <w:rPr>
          <w:rFonts w:ascii="ＭＳ ゴシック" w:eastAsia="ＭＳ ゴシック" w:hAnsi="ＭＳ ゴシック" w:hint="eastAsia"/>
          <w:noProof/>
          <w:lang w:eastAsia="ja-JP"/>
        </w:rPr>
        <mc:AlternateContent>
          <mc:Choice Requires="wps">
            <w:drawing>
              <wp:anchor distT="0" distB="0" distL="114300" distR="114300" simplePos="0" relativeHeight="251810816" behindDoc="1" locked="0" layoutInCell="1" allowOverlap="1" wp14:anchorId="704F0069" wp14:editId="21477789">
                <wp:simplePos x="0" y="0"/>
                <wp:positionH relativeFrom="margin">
                  <wp:posOffset>793750</wp:posOffset>
                </wp:positionH>
                <wp:positionV relativeFrom="paragraph">
                  <wp:posOffset>182880</wp:posOffset>
                </wp:positionV>
                <wp:extent cx="1416050" cy="354330"/>
                <wp:effectExtent l="0" t="0" r="0" b="7620"/>
                <wp:wrapTight wrapText="bothSides">
                  <wp:wrapPolygon edited="0">
                    <wp:start x="872" y="0"/>
                    <wp:lineTo x="872" y="20903"/>
                    <wp:lineTo x="20631" y="20903"/>
                    <wp:lineTo x="20631" y="0"/>
                    <wp:lineTo x="872" y="0"/>
                  </wp:wrapPolygon>
                </wp:wrapTight>
                <wp:docPr id="1422802657" name="テキスト ボックス 2"/>
                <wp:cNvGraphicFramePr/>
                <a:graphic xmlns:a="http://schemas.openxmlformats.org/drawingml/2006/main">
                  <a:graphicData uri="http://schemas.microsoft.com/office/word/2010/wordprocessingShape">
                    <wps:wsp>
                      <wps:cNvSpPr txBox="1"/>
                      <wps:spPr>
                        <a:xfrm>
                          <a:off x="0" y="0"/>
                          <a:ext cx="1416050" cy="354330"/>
                        </a:xfrm>
                        <a:prstGeom prst="rect">
                          <a:avLst/>
                        </a:prstGeom>
                        <a:noFill/>
                        <a:ln w="6350">
                          <a:noFill/>
                        </a:ln>
                      </wps:spPr>
                      <wps:txbx>
                        <w:txbxContent>
                          <w:p w14:paraId="33A0921E" w14:textId="55799E0F" w:rsidR="002665B3" w:rsidRDefault="002665B3" w:rsidP="006C0067">
                            <w:pPr>
                              <w:jc w:val="center"/>
                              <w:rPr>
                                <w:lang w:eastAsia="ja-JP"/>
                              </w:rPr>
                            </w:pPr>
                            <w:r>
                              <w:rPr>
                                <w:rFonts w:hint="eastAsia"/>
                                <w:lang w:eastAsia="ja-JP"/>
                              </w:rPr>
                              <w:t>コースMAP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F0069" id="_x0000_s1035" type="#_x0000_t202" style="position:absolute;margin-left:62.5pt;margin-top:14.4pt;width:111.5pt;height:27.9pt;z-index:-25150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" filled="f" stroked="f" strokeweight=".5pt">
                <v:textbox>
                  <w:txbxContent>
                    <w:p w14:paraId="33A0921E" w14:textId="55799E0F" w:rsidR="002665B3" w:rsidRDefault="002665B3" w:rsidP="006C0067">
                      <w:pPr>
                        <w:jc w:val="center"/>
                        <w:rPr>
                          <w:lang w:eastAsia="ja-JP"/>
                        </w:rPr>
                      </w:pPr>
                      <w:r>
                        <w:rPr>
                          <w:rFonts w:hint="eastAsia"/>
                          <w:lang w:eastAsia="ja-JP"/>
                        </w:rPr>
                        <w:t>コースMAP</w:t>
                      </w:r>
                    </w:p>
                  </w:txbxContent>
                </v:textbox>
                <w10:wrap type="tight" anchorx="margin"/>
              </v:shape>
            </w:pict>
          </mc:Fallback>
        </mc:AlternateContent>
      </w:r>
    </w:p>
    <w:p w14:paraId="7E0D8837" w14:textId="03C7AE7E" w:rsidR="00C71C96" w:rsidRPr="00C71C96" w:rsidRDefault="006C0067" w:rsidP="00C71C96">
      <w:pPr>
        <w:rPr>
          <w:rFonts w:ascii="ＭＳ ゴシック" w:eastAsia="ＭＳ ゴシック" w:hAnsi="ＭＳ ゴシック"/>
          <w:lang w:eastAsia="ja-JP"/>
        </w:rPr>
      </w:pPr>
      <w:r w:rsidRPr="002665B3">
        <w:rPr>
          <w:rFonts w:ascii="ＭＳ ゴシック" w:eastAsia="ＭＳ ゴシック" w:hAnsi="ＭＳ ゴシック"/>
          <w:noProof/>
          <w:lang w:eastAsia="ja-JP"/>
        </w:rPr>
        <w:drawing>
          <wp:anchor distT="0" distB="0" distL="114300" distR="114300" simplePos="0" relativeHeight="251808768" behindDoc="0" locked="0" layoutInCell="1" allowOverlap="1" wp14:anchorId="6C7FBD52" wp14:editId="5617AD61">
            <wp:simplePos x="0" y="0"/>
            <wp:positionH relativeFrom="margin">
              <wp:posOffset>-318135</wp:posOffset>
            </wp:positionH>
            <wp:positionV relativeFrom="paragraph">
              <wp:posOffset>229870</wp:posOffset>
            </wp:positionV>
            <wp:extent cx="3533140" cy="3108960"/>
            <wp:effectExtent l="0" t="0" r="0" b="0"/>
            <wp:wrapNone/>
            <wp:docPr id="12097167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16743" name=""/>
                    <pic:cNvPicPr/>
                  </pic:nvPicPr>
                  <pic:blipFill>
                    <a:blip r:embed="rId21"/>
                    <a:stretch>
                      <a:fillRect/>
                    </a:stretch>
                  </pic:blipFill>
                  <pic:spPr>
                    <a:xfrm>
                      <a:off x="0" y="0"/>
                      <a:ext cx="3533140" cy="3108960"/>
                    </a:xfrm>
                    <a:prstGeom prst="rect">
                      <a:avLst/>
                    </a:prstGeom>
                  </pic:spPr>
                </pic:pic>
              </a:graphicData>
            </a:graphic>
            <wp14:sizeRelH relativeFrom="margin">
              <wp14:pctWidth>0</wp14:pctWidth>
            </wp14:sizeRelH>
            <wp14:sizeRelV relativeFrom="margin">
              <wp14:pctHeight>0</wp14:pctHeight>
            </wp14:sizeRelV>
          </wp:anchor>
        </w:drawing>
      </w:r>
      <w:r w:rsidRPr="001179BD">
        <w:rPr>
          <w:rFonts w:ascii="ＭＳ ゴシック" w:eastAsia="ＭＳ ゴシック" w:hAnsi="ＭＳ ゴシック" w:hint="eastAsia"/>
          <w:noProof/>
          <w:lang w:eastAsia="ja-JP"/>
        </w:rPr>
        <mc:AlternateContent>
          <mc:Choice Requires="wps">
            <w:drawing>
              <wp:anchor distT="0" distB="0" distL="114300" distR="114300" simplePos="0" relativeHeight="251812864" behindDoc="0" locked="0" layoutInCell="1" allowOverlap="1" wp14:anchorId="35B7DE3F" wp14:editId="47B3C19E">
                <wp:simplePos x="0" y="0"/>
                <wp:positionH relativeFrom="column">
                  <wp:posOffset>3270885</wp:posOffset>
                </wp:positionH>
                <wp:positionV relativeFrom="paragraph">
                  <wp:posOffset>175260</wp:posOffset>
                </wp:positionV>
                <wp:extent cx="3386455" cy="3425190"/>
                <wp:effectExtent l="0" t="0" r="4445" b="3810"/>
                <wp:wrapNone/>
                <wp:docPr id="2106373199" name="テキスト ボックス 2"/>
                <wp:cNvGraphicFramePr/>
                <a:graphic xmlns:a="http://schemas.openxmlformats.org/drawingml/2006/main">
                  <a:graphicData uri="http://schemas.microsoft.com/office/word/2010/wordprocessingShape">
                    <wps:wsp>
                      <wps:cNvSpPr txBox="1"/>
                      <wps:spPr>
                        <a:xfrm>
                          <a:off x="0" y="0"/>
                          <a:ext cx="3386455" cy="3425190"/>
                        </a:xfrm>
                        <a:prstGeom prst="rect">
                          <a:avLst/>
                        </a:prstGeom>
                        <a:solidFill>
                          <a:schemeClr val="lt1"/>
                        </a:solidFill>
                        <a:ln w="6350">
                          <a:noFill/>
                        </a:ln>
                      </wps:spPr>
                      <wps:txbx>
                        <w:txbxContent>
                          <w:p w14:paraId="018B2E1F" w14:textId="430F56BA" w:rsidR="008A51C1" w:rsidRDefault="008C0523" w:rsidP="008A51C1">
                            <w:pPr>
                              <w:rPr>
                                <w:lang w:eastAsia="ja-JP"/>
                              </w:rPr>
                            </w:pPr>
                            <w:r>
                              <w:rPr>
                                <w:rFonts w:hint="eastAsia"/>
                                <w:lang w:eastAsia="ja-JP"/>
                              </w:rPr>
                              <w:t>【特徴】</w:t>
                            </w:r>
                            <w:r w:rsidR="00E21CC5">
                              <w:rPr>
                                <w:lang w:eastAsia="ja-JP"/>
                              </w:rPr>
                              <w:br/>
                            </w:r>
                            <w:r w:rsidR="008A51C1">
                              <w:rPr>
                                <w:rFonts w:hint="eastAsia"/>
                                <w:lang w:eastAsia="ja-JP"/>
                              </w:rPr>
                              <w:t>とくぎんトモニアリーナ（徳島市立体育館）前からスタート。市内の田宮街道を通り吉野川南岸の堤防道路へ。阿波しらさぎ大橋で対岸に渡り、ゆめタウン徳島（藍住町）や北島チューリップ公園（北島町）の前を通ってゴールのポカリスエットスタジアム（鳴門市）を目指すコース。</w:t>
                            </w:r>
                            <w:r w:rsidR="008A51C1">
                              <w:rPr>
                                <w:lang w:eastAsia="ja-JP"/>
                              </w:rPr>
                              <w:br/>
                            </w:r>
                            <w:r w:rsidR="008A51C1">
                              <w:rPr>
                                <w:rFonts w:hint="eastAsia"/>
                                <w:lang w:eastAsia="ja-JP"/>
                              </w:rPr>
                              <w:t>従来は堤防道路が</w:t>
                            </w:r>
                            <w:r w:rsidR="008A51C1">
                              <w:rPr>
                                <w:lang w:eastAsia="ja-JP"/>
                              </w:rPr>
                              <w:t>8割で市街地などが2割だっが、新コースはその比率が逆になる。またランナー同士が向かい合って走るすれ違い区間は、1キロ弱から約16キロに延びる。</w:t>
                            </w:r>
                          </w:p>
                          <w:p w14:paraId="466F81D8" w14:textId="3ED516F5" w:rsidR="00C87D42" w:rsidRDefault="00C87D42" w:rsidP="008A51C1">
                            <w:pPr>
                              <w:rPr>
                                <w:lang w:eastAsia="ja-JP"/>
                              </w:rPr>
                            </w:pPr>
                            <w:r>
                              <w:rPr>
                                <w:rFonts w:hint="eastAsia"/>
                                <w:lang w:eastAsia="ja-JP"/>
                              </w:rPr>
                              <w:t>※今後の調整により変更になる場合があります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7DE3F" id="_x0000_s1036" type="#_x0000_t202" style="position:absolute;margin-left:257.55pt;margin-top:13.8pt;width:266.65pt;height:269.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" fillcolor="white [3201]" stroked="f" strokeweight=".5pt">
                <v:textbox>
                  <w:txbxContent>
                    <w:p w14:paraId="018B2E1F" w14:textId="430F56BA" w:rsidR="008A51C1" w:rsidRDefault="008C0523" w:rsidP="008A51C1">
                      <w:pPr>
                        <w:rPr>
                          <w:lang w:eastAsia="ja-JP"/>
                        </w:rPr>
                      </w:pPr>
                      <w:r>
                        <w:rPr>
                          <w:rFonts w:hint="eastAsia"/>
                          <w:lang w:eastAsia="ja-JP"/>
                        </w:rPr>
                        <w:t>【特徴】</w:t>
                      </w:r>
                      <w:r w:rsidR="00E21CC5">
                        <w:rPr>
                          <w:lang w:eastAsia="ja-JP"/>
                        </w:rPr>
                        <w:br/>
                      </w:r>
                      <w:r w:rsidR="008A51C1">
                        <w:rPr>
                          <w:rFonts w:hint="eastAsia"/>
                          <w:lang w:eastAsia="ja-JP"/>
                        </w:rPr>
                        <w:t>とくぎんトモニアリーナ（徳島市立体育館）前からスタート。市内の田宮街道を通り吉野川南岸の堤防道路へ。阿波しらさぎ大橋で対岸に渡り、ゆめタウン徳島（藍住町）や北島チューリップ公園（北島町）の前を通ってゴールのポカリスエットスタジアム（鳴門市）を目指すコース。</w:t>
                      </w:r>
                      <w:r w:rsidR="008A51C1">
                        <w:rPr>
                          <w:lang w:eastAsia="ja-JP"/>
                        </w:rPr>
                        <w:br/>
                      </w:r>
                      <w:r w:rsidR="008A51C1">
                        <w:rPr>
                          <w:rFonts w:hint="eastAsia"/>
                          <w:lang w:eastAsia="ja-JP"/>
                        </w:rPr>
                        <w:t>従来は堤防道路が</w:t>
                      </w:r>
                      <w:r w:rsidR="008A51C1">
                        <w:rPr>
                          <w:lang w:eastAsia="ja-JP"/>
                        </w:rPr>
                        <w:t>8割で市街地などが2割だっが、新コースはその比率が逆になる。またランナー同士が向かい合って走るすれ違い区間は、1キロ弱から約16キロに延びる。</w:t>
                      </w:r>
                    </w:p>
                    <w:p w14:paraId="466F81D8" w14:textId="3ED516F5" w:rsidR="00C87D42" w:rsidRDefault="00C87D42" w:rsidP="008A51C1">
                      <w:pPr>
                        <w:rPr>
                          <w:lang w:eastAsia="ja-JP"/>
                        </w:rPr>
                      </w:pPr>
                      <w:r>
                        <w:rPr>
                          <w:rFonts w:hint="eastAsia"/>
                          <w:lang w:eastAsia="ja-JP"/>
                        </w:rPr>
                        <w:t>※今後の調整により変更になる場合があります</w:t>
                      </w:r>
                    </w:p>
                  </w:txbxContent>
                </v:textbox>
              </v:shape>
            </w:pict>
          </mc:Fallback>
        </mc:AlternateContent>
      </w:r>
    </w:p>
    <w:p w14:paraId="03AE915D" w14:textId="79A5B340" w:rsidR="00C71C96" w:rsidRPr="00C71C96" w:rsidRDefault="006C0067" w:rsidP="00C71C96">
      <w:pPr>
        <w:rPr>
          <w:rFonts w:ascii="ＭＳ ゴシック" w:eastAsia="ＭＳ ゴシック" w:hAnsi="ＭＳ ゴシック"/>
          <w:lang w:eastAsia="ja-JP"/>
        </w:rPr>
      </w:pPr>
      <w:r w:rsidRPr="001179BD">
        <w:rPr>
          <w:rFonts w:ascii="ＭＳ ゴシック" w:eastAsia="ＭＳ ゴシック" w:hAnsi="ＭＳ ゴシック" w:hint="eastAsia"/>
          <w:noProof/>
          <w:lang w:eastAsia="ja-JP"/>
        </w:rPr>
        <mc:AlternateContent>
          <mc:Choice Requires="wps">
            <w:drawing>
              <wp:anchor distT="0" distB="0" distL="114300" distR="114300" simplePos="0" relativeHeight="251814912" behindDoc="0" locked="0" layoutInCell="1" allowOverlap="1" wp14:anchorId="252019C5" wp14:editId="7DD32803">
                <wp:simplePos x="0" y="0"/>
                <wp:positionH relativeFrom="column">
                  <wp:posOffset>2964815</wp:posOffset>
                </wp:positionH>
                <wp:positionV relativeFrom="paragraph">
                  <wp:posOffset>3702685</wp:posOffset>
                </wp:positionV>
                <wp:extent cx="3521075" cy="1988185"/>
                <wp:effectExtent l="0" t="0" r="3175" b="0"/>
                <wp:wrapNone/>
                <wp:docPr id="2099854033" name="テキスト ボックス 2"/>
                <wp:cNvGraphicFramePr/>
                <a:graphic xmlns:a="http://schemas.openxmlformats.org/drawingml/2006/main">
                  <a:graphicData uri="http://schemas.microsoft.com/office/word/2010/wordprocessingShape">
                    <wps:wsp>
                      <wps:cNvSpPr txBox="1"/>
                      <wps:spPr>
                        <a:xfrm>
                          <a:off x="0" y="0"/>
                          <a:ext cx="3521075" cy="1988185"/>
                        </a:xfrm>
                        <a:prstGeom prst="rect">
                          <a:avLst/>
                        </a:prstGeom>
                        <a:solidFill>
                          <a:schemeClr val="lt1"/>
                        </a:solidFill>
                        <a:ln w="6350">
                          <a:noFill/>
                        </a:ln>
                      </wps:spPr>
                      <wps:txbx>
                        <w:txbxContent>
                          <w:p w14:paraId="4D376407" w14:textId="38F5BD01" w:rsidR="002A00EB" w:rsidRDefault="002A00EB" w:rsidP="008A51C1">
                            <w:pPr>
                              <w:rPr>
                                <w:lang w:eastAsia="ja-JP"/>
                              </w:rPr>
                            </w:pPr>
                            <w:r>
                              <w:rPr>
                                <w:rFonts w:hint="eastAsia"/>
                                <w:lang w:eastAsia="ja-JP"/>
                              </w:rPr>
                              <w:t>【特徴】</w:t>
                            </w:r>
                            <w:r>
                              <w:rPr>
                                <w:lang w:eastAsia="ja-JP"/>
                              </w:rPr>
                              <w:br/>
                            </w:r>
                            <w:r w:rsidR="00D225D6" w:rsidRPr="00D225D6">
                              <w:rPr>
                                <w:lang w:eastAsia="ja-JP"/>
                              </w:rPr>
                              <w:t>ポカリスエットスタジアムは、鳴門の豊かな自然に囲まれた開放感あふれる陸上競技場で、日本陸連公認の本格的なトラック・フィールドを備え</w:t>
                            </w:r>
                            <w:r w:rsidR="0029205E">
                              <w:rPr>
                                <w:rFonts w:hint="eastAsia"/>
                                <w:lang w:eastAsia="ja-JP"/>
                              </w:rPr>
                              <w:t>ています</w:t>
                            </w:r>
                            <w:r w:rsidR="00D225D6" w:rsidRPr="00D225D6">
                              <w:rPr>
                                <w:lang w:eastAsia="ja-JP"/>
                              </w:rPr>
                              <w:t>。広々としたスタンドとフィールドにより、多くの観客を収容しながら、ランナーを温かく迎える一体感あるフィニッシュ演出が可能</w:t>
                            </w:r>
                            <w:r w:rsidR="0029205E">
                              <w:rPr>
                                <w:rFonts w:hint="eastAsia"/>
                                <w:lang w:eastAsia="ja-JP"/>
                              </w:rPr>
                              <w:t>です</w:t>
                            </w:r>
                            <w:r w:rsidR="00D225D6" w:rsidRPr="00D225D6">
                              <w:rPr>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019C5" id="_x0000_s1037" type="#_x0000_t202" style="position:absolute;margin-left:233.45pt;margin-top:291.55pt;width:277.25pt;height:156.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" fillcolor="white [3201]" stroked="f" strokeweight=".5pt">
                <v:textbox>
                  <w:txbxContent>
                    <w:p w14:paraId="4D376407" w14:textId="38F5BD01" w:rsidR="002A00EB" w:rsidRDefault="002A00EB" w:rsidP="008A51C1">
                      <w:pPr>
                        <w:rPr>
                          <w:lang w:eastAsia="ja-JP"/>
                        </w:rPr>
                      </w:pPr>
                      <w:r>
                        <w:rPr>
                          <w:rFonts w:hint="eastAsia"/>
                          <w:lang w:eastAsia="ja-JP"/>
                        </w:rPr>
                        <w:t>【特徴】</w:t>
                      </w:r>
                      <w:r>
                        <w:rPr>
                          <w:lang w:eastAsia="ja-JP"/>
                        </w:rPr>
                        <w:br/>
                      </w:r>
                      <w:r w:rsidR="00D225D6" w:rsidRPr="00D225D6">
                        <w:rPr>
                          <w:lang w:eastAsia="ja-JP"/>
                        </w:rPr>
                        <w:t>ポカリスエットスタジアムは、鳴門の豊かな自然に囲まれた開放感あふれる陸上競技場で、日本陸連公認の本格的なトラック・フィールドを備え</w:t>
                      </w:r>
                      <w:r w:rsidR="0029205E">
                        <w:rPr>
                          <w:rFonts w:hint="eastAsia"/>
                          <w:lang w:eastAsia="ja-JP"/>
                        </w:rPr>
                        <w:t>ています</w:t>
                      </w:r>
                      <w:r w:rsidR="00D225D6" w:rsidRPr="00D225D6">
                        <w:rPr>
                          <w:lang w:eastAsia="ja-JP"/>
                        </w:rPr>
                        <w:t>。広々としたスタンドとフィールドにより、多くの観客を収容しながら、ランナーを温かく迎える一体感あるフィニッシュ演出が可能</w:t>
                      </w:r>
                      <w:r w:rsidR="0029205E">
                        <w:rPr>
                          <w:rFonts w:hint="eastAsia"/>
                          <w:lang w:eastAsia="ja-JP"/>
                        </w:rPr>
                        <w:t>です</w:t>
                      </w:r>
                      <w:r w:rsidR="00D225D6" w:rsidRPr="00D225D6">
                        <w:rPr>
                          <w:lang w:eastAsia="ja-JP"/>
                        </w:rPr>
                        <w:t>。</w:t>
                      </w:r>
                    </w:p>
                  </w:txbxContent>
                </v:textbox>
              </v:shape>
            </w:pict>
          </mc:Fallback>
        </mc:AlternateContent>
      </w:r>
      <w:r>
        <w:rPr>
          <w:noProof/>
        </w:rPr>
        <w:drawing>
          <wp:anchor distT="0" distB="0" distL="114300" distR="114300" simplePos="0" relativeHeight="251816960" behindDoc="0" locked="0" layoutInCell="1" allowOverlap="1" wp14:anchorId="3257FF50" wp14:editId="5537BAAC">
            <wp:simplePos x="0" y="0"/>
            <wp:positionH relativeFrom="margin">
              <wp:posOffset>-212090</wp:posOffset>
            </wp:positionH>
            <wp:positionV relativeFrom="paragraph">
              <wp:posOffset>5424170</wp:posOffset>
            </wp:positionV>
            <wp:extent cx="3044825" cy="2042160"/>
            <wp:effectExtent l="0" t="0" r="3175" b="0"/>
            <wp:wrapNone/>
            <wp:docPr id="6373263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4825"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5936" behindDoc="0" locked="0" layoutInCell="1" allowOverlap="1" wp14:anchorId="6D836013" wp14:editId="376FC079">
            <wp:simplePos x="0" y="0"/>
            <wp:positionH relativeFrom="margin">
              <wp:posOffset>-198120</wp:posOffset>
            </wp:positionH>
            <wp:positionV relativeFrom="paragraph">
              <wp:posOffset>3668395</wp:posOffset>
            </wp:positionV>
            <wp:extent cx="3031490" cy="1705610"/>
            <wp:effectExtent l="0" t="0" r="0" b="8890"/>
            <wp:wrapNone/>
            <wp:docPr id="87313599" name="図 10" descr="ポカリスエットスタジアム（鳴門・大塚スポーツパーク） | 徳島県スポーツコミッ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ポカリスエットスタジアム（鳴門・大塚スポーツパーク） | 徳島県スポーツコミッション"/>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1490" cy="170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79BD">
        <w:rPr>
          <w:rFonts w:ascii="ＭＳ ゴシック" w:eastAsia="ＭＳ ゴシック" w:hAnsi="ＭＳ ゴシック" w:hint="eastAsia"/>
          <w:noProof/>
          <w:lang w:eastAsia="ja-JP"/>
        </w:rPr>
        <mc:AlternateContent>
          <mc:Choice Requires="wps">
            <w:drawing>
              <wp:anchor distT="0" distB="0" distL="114300" distR="114300" simplePos="0" relativeHeight="251819008" behindDoc="1" locked="0" layoutInCell="1" allowOverlap="1" wp14:anchorId="3020BAC5" wp14:editId="7D94A4FC">
                <wp:simplePos x="0" y="0"/>
                <wp:positionH relativeFrom="column">
                  <wp:posOffset>175260</wp:posOffset>
                </wp:positionH>
                <wp:positionV relativeFrom="paragraph">
                  <wp:posOffset>3336925</wp:posOffset>
                </wp:positionV>
                <wp:extent cx="2305050" cy="329565"/>
                <wp:effectExtent l="0" t="0" r="0" b="0"/>
                <wp:wrapTight wrapText="bothSides">
                  <wp:wrapPolygon edited="0">
                    <wp:start x="0" y="0"/>
                    <wp:lineTo x="0" y="19977"/>
                    <wp:lineTo x="21421" y="19977"/>
                    <wp:lineTo x="21421" y="0"/>
                    <wp:lineTo x="0" y="0"/>
                  </wp:wrapPolygon>
                </wp:wrapTight>
                <wp:docPr id="1123511798" name="テキスト ボックス 2"/>
                <wp:cNvGraphicFramePr/>
                <a:graphic xmlns:a="http://schemas.openxmlformats.org/drawingml/2006/main">
                  <a:graphicData uri="http://schemas.microsoft.com/office/word/2010/wordprocessingShape">
                    <wps:wsp>
                      <wps:cNvSpPr txBox="1"/>
                      <wps:spPr>
                        <a:xfrm>
                          <a:off x="0" y="0"/>
                          <a:ext cx="2305050" cy="329565"/>
                        </a:xfrm>
                        <a:prstGeom prst="rect">
                          <a:avLst/>
                        </a:prstGeom>
                        <a:solidFill>
                          <a:schemeClr val="lt1"/>
                        </a:solidFill>
                        <a:ln w="6350">
                          <a:noFill/>
                        </a:ln>
                      </wps:spPr>
                      <wps:txbx>
                        <w:txbxContent>
                          <w:p w14:paraId="62DFCD17" w14:textId="5B2803C1" w:rsidR="00C87D42" w:rsidRDefault="00C87D42" w:rsidP="00390515">
                            <w:pPr>
                              <w:jc w:val="center"/>
                              <w:rPr>
                                <w:lang w:eastAsia="ja-JP"/>
                              </w:rPr>
                            </w:pPr>
                            <w:r>
                              <w:rPr>
                                <w:rFonts w:hint="eastAsia"/>
                                <w:lang w:eastAsia="ja-JP"/>
                              </w:rPr>
                              <w:t>ポカリスエットスタジアム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0BAC5" id="_x0000_s1038" type="#_x0000_t202" style="position:absolute;margin-left:13.8pt;margin-top:262.75pt;width:181.5pt;height:25.9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" fillcolor="white [3201]" stroked="f" strokeweight=".5pt">
                <v:textbox>
                  <w:txbxContent>
                    <w:p w14:paraId="62DFCD17" w14:textId="5B2803C1" w:rsidR="00C87D42" w:rsidRDefault="00C87D42" w:rsidP="00390515">
                      <w:pPr>
                        <w:jc w:val="center"/>
                        <w:rPr>
                          <w:lang w:eastAsia="ja-JP"/>
                        </w:rPr>
                      </w:pPr>
                      <w:r>
                        <w:rPr>
                          <w:rFonts w:hint="eastAsia"/>
                          <w:lang w:eastAsia="ja-JP"/>
                        </w:rPr>
                        <w:t>ポカリスエットスタジアム</w:t>
                      </w:r>
                    </w:p>
                  </w:txbxContent>
                </v:textbox>
                <w10:wrap type="tight"/>
              </v:shape>
            </w:pict>
          </mc:Fallback>
        </mc:AlternateContent>
      </w:r>
      <w:r w:rsidR="00390515">
        <w:rPr>
          <w:rFonts w:ascii="ＭＳ ゴシック" w:eastAsia="ＭＳ ゴシック" w:hAnsi="ＭＳ ゴシック" w:hint="eastAsia"/>
          <w:lang w:eastAsia="ja-JP"/>
        </w:rPr>
        <w:t xml:space="preserve">　</w:t>
      </w:r>
      <w:r w:rsidR="00F30B53">
        <w:rPr>
          <w:rFonts w:ascii="ＭＳ ゴシック" w:eastAsia="ＭＳ ゴシック" w:hAnsi="ＭＳ ゴシック" w:hint="eastAsia"/>
          <w:lang w:eastAsia="ja-JP"/>
        </w:rPr>
        <w:t>ｓ</w:t>
      </w:r>
    </w:p>
    <w:sectPr w:rsidR="00C71C96" w:rsidRPr="00C71C96" w:rsidSect="006C0067">
      <w:pgSz w:w="11906" w:h="16838"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8FEED" w14:textId="77777777" w:rsidR="009500CF" w:rsidRDefault="009500CF" w:rsidP="00F24AE2">
      <w:pPr>
        <w:spacing w:after="0" w:line="240" w:lineRule="auto"/>
      </w:pPr>
      <w:r>
        <w:separator/>
      </w:r>
    </w:p>
  </w:endnote>
  <w:endnote w:type="continuationSeparator" w:id="0">
    <w:p w14:paraId="7DA5EF4D" w14:textId="77777777" w:rsidR="009500CF" w:rsidRDefault="009500CF" w:rsidP="00F24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39D69" w14:textId="77777777" w:rsidR="009500CF" w:rsidRDefault="009500CF" w:rsidP="00F24AE2">
      <w:pPr>
        <w:spacing w:after="0" w:line="240" w:lineRule="auto"/>
      </w:pPr>
      <w:r>
        <w:separator/>
      </w:r>
    </w:p>
  </w:footnote>
  <w:footnote w:type="continuationSeparator" w:id="0">
    <w:p w14:paraId="4B5D45DA" w14:textId="77777777" w:rsidR="009500CF" w:rsidRDefault="009500CF" w:rsidP="00F24A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14FA6712"/>
    <w:multiLevelType w:val="hybridMultilevel"/>
    <w:tmpl w:val="21F0429E"/>
    <w:lvl w:ilvl="0" w:tplc="BB309C1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90313565">
    <w:abstractNumId w:val="8"/>
  </w:num>
  <w:num w:numId="2" w16cid:durableId="1010567411">
    <w:abstractNumId w:val="6"/>
  </w:num>
  <w:num w:numId="3" w16cid:durableId="196936500">
    <w:abstractNumId w:val="5"/>
  </w:num>
  <w:num w:numId="4" w16cid:durableId="983848186">
    <w:abstractNumId w:val="4"/>
  </w:num>
  <w:num w:numId="5" w16cid:durableId="1690060837">
    <w:abstractNumId w:val="7"/>
  </w:num>
  <w:num w:numId="6" w16cid:durableId="1285651444">
    <w:abstractNumId w:val="3"/>
  </w:num>
  <w:num w:numId="7" w16cid:durableId="1465200766">
    <w:abstractNumId w:val="2"/>
  </w:num>
  <w:num w:numId="8" w16cid:durableId="1689214326">
    <w:abstractNumId w:val="1"/>
  </w:num>
  <w:num w:numId="9" w16cid:durableId="687682884">
    <w:abstractNumId w:val="0"/>
  </w:num>
  <w:num w:numId="10" w16cid:durableId="936751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06D0"/>
    <w:rsid w:val="000318CC"/>
    <w:rsid w:val="00034616"/>
    <w:rsid w:val="00036301"/>
    <w:rsid w:val="0006063C"/>
    <w:rsid w:val="00071460"/>
    <w:rsid w:val="00074DAB"/>
    <w:rsid w:val="00074E19"/>
    <w:rsid w:val="0009255B"/>
    <w:rsid w:val="000A5031"/>
    <w:rsid w:val="000D222F"/>
    <w:rsid w:val="000F174B"/>
    <w:rsid w:val="000F760C"/>
    <w:rsid w:val="001179BD"/>
    <w:rsid w:val="0012577A"/>
    <w:rsid w:val="0014334C"/>
    <w:rsid w:val="001455CA"/>
    <w:rsid w:val="0015074B"/>
    <w:rsid w:val="001622F8"/>
    <w:rsid w:val="001745AF"/>
    <w:rsid w:val="00187BC0"/>
    <w:rsid w:val="001A03D3"/>
    <w:rsid w:val="001A390C"/>
    <w:rsid w:val="001B0D53"/>
    <w:rsid w:val="001B70C1"/>
    <w:rsid w:val="001C1D01"/>
    <w:rsid w:val="001C2301"/>
    <w:rsid w:val="001D1847"/>
    <w:rsid w:val="001E1DBA"/>
    <w:rsid w:val="00213467"/>
    <w:rsid w:val="0022162A"/>
    <w:rsid w:val="00234EE6"/>
    <w:rsid w:val="0024345D"/>
    <w:rsid w:val="00260807"/>
    <w:rsid w:val="002665B3"/>
    <w:rsid w:val="0029205E"/>
    <w:rsid w:val="0029639D"/>
    <w:rsid w:val="00297C19"/>
    <w:rsid w:val="002A00EB"/>
    <w:rsid w:val="002B2AE0"/>
    <w:rsid w:val="002B5026"/>
    <w:rsid w:val="00302319"/>
    <w:rsid w:val="00326F90"/>
    <w:rsid w:val="00381D55"/>
    <w:rsid w:val="00390515"/>
    <w:rsid w:val="003A451F"/>
    <w:rsid w:val="004023AC"/>
    <w:rsid w:val="00430883"/>
    <w:rsid w:val="00446538"/>
    <w:rsid w:val="00450518"/>
    <w:rsid w:val="00456760"/>
    <w:rsid w:val="00480EB1"/>
    <w:rsid w:val="004C7BD6"/>
    <w:rsid w:val="004E747F"/>
    <w:rsid w:val="00506307"/>
    <w:rsid w:val="00510577"/>
    <w:rsid w:val="00514130"/>
    <w:rsid w:val="00550CF3"/>
    <w:rsid w:val="00562C17"/>
    <w:rsid w:val="005D6F7B"/>
    <w:rsid w:val="006134B2"/>
    <w:rsid w:val="00623B40"/>
    <w:rsid w:val="00624A61"/>
    <w:rsid w:val="0062564C"/>
    <w:rsid w:val="006520BF"/>
    <w:rsid w:val="006735A6"/>
    <w:rsid w:val="00682685"/>
    <w:rsid w:val="00695D79"/>
    <w:rsid w:val="00697DFD"/>
    <w:rsid w:val="006C0067"/>
    <w:rsid w:val="00706068"/>
    <w:rsid w:val="007202EF"/>
    <w:rsid w:val="007344B6"/>
    <w:rsid w:val="00741AD2"/>
    <w:rsid w:val="00775835"/>
    <w:rsid w:val="007979F8"/>
    <w:rsid w:val="00806D9D"/>
    <w:rsid w:val="00813610"/>
    <w:rsid w:val="00834592"/>
    <w:rsid w:val="0084074A"/>
    <w:rsid w:val="008409BC"/>
    <w:rsid w:val="008569FA"/>
    <w:rsid w:val="00890F39"/>
    <w:rsid w:val="008A51C1"/>
    <w:rsid w:val="008C0523"/>
    <w:rsid w:val="008C0DC3"/>
    <w:rsid w:val="00905CD8"/>
    <w:rsid w:val="00915F07"/>
    <w:rsid w:val="00922B0E"/>
    <w:rsid w:val="009344E9"/>
    <w:rsid w:val="00940BBF"/>
    <w:rsid w:val="009500CF"/>
    <w:rsid w:val="009A0381"/>
    <w:rsid w:val="009E265F"/>
    <w:rsid w:val="00A055FD"/>
    <w:rsid w:val="00A14E15"/>
    <w:rsid w:val="00A501D8"/>
    <w:rsid w:val="00A57A8D"/>
    <w:rsid w:val="00AA1D8D"/>
    <w:rsid w:val="00AC3E59"/>
    <w:rsid w:val="00AC7E08"/>
    <w:rsid w:val="00AD475C"/>
    <w:rsid w:val="00AE758D"/>
    <w:rsid w:val="00B031AE"/>
    <w:rsid w:val="00B47730"/>
    <w:rsid w:val="00B5364F"/>
    <w:rsid w:val="00B56F50"/>
    <w:rsid w:val="00B87C58"/>
    <w:rsid w:val="00BC5D19"/>
    <w:rsid w:val="00BD3A10"/>
    <w:rsid w:val="00BD516C"/>
    <w:rsid w:val="00BD64DE"/>
    <w:rsid w:val="00BE769A"/>
    <w:rsid w:val="00BF5BCA"/>
    <w:rsid w:val="00C60500"/>
    <w:rsid w:val="00C71C96"/>
    <w:rsid w:val="00C87D42"/>
    <w:rsid w:val="00C95C1D"/>
    <w:rsid w:val="00CB0664"/>
    <w:rsid w:val="00CF1EFA"/>
    <w:rsid w:val="00CF2CEC"/>
    <w:rsid w:val="00D01C05"/>
    <w:rsid w:val="00D225D6"/>
    <w:rsid w:val="00D26345"/>
    <w:rsid w:val="00D61024"/>
    <w:rsid w:val="00D6196C"/>
    <w:rsid w:val="00D83F94"/>
    <w:rsid w:val="00DA40C4"/>
    <w:rsid w:val="00E10356"/>
    <w:rsid w:val="00E21CC5"/>
    <w:rsid w:val="00E23574"/>
    <w:rsid w:val="00E2637F"/>
    <w:rsid w:val="00ED7934"/>
    <w:rsid w:val="00F23BA2"/>
    <w:rsid w:val="00F24AE2"/>
    <w:rsid w:val="00F30B53"/>
    <w:rsid w:val="00F373BE"/>
    <w:rsid w:val="00F459ED"/>
    <w:rsid w:val="00F47F61"/>
    <w:rsid w:val="00F73048"/>
    <w:rsid w:val="00F855ED"/>
    <w:rsid w:val="00FA04B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4062061"/>
  <w14:defaultImageDpi w14:val="300"/>
  <w15:docId w15:val="{E13660FB-2792-49F7-94F0-21BB42BF4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24345D"/>
    <w:rPr>
      <w:rFonts w:ascii="Yu Gothic" w:eastAsia="Yu Gothic" w:hAnsi="Yu Gothic"/>
      <w:sz w:val="21"/>
    </w:r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ヘッダー (文字)"/>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フッター (文字)"/>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見出し 1 (文字)"/>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見出し 2 (文字)"/>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見出し 3 (文字)"/>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表題 (文字)"/>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題 (文字)"/>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本文 (文字)"/>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本文 2 (文字)"/>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本文 3 (文字)"/>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マクロ文字列 (文字)"/>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用文 (文字)"/>
    <w:basedOn w:val="a2"/>
    <w:link w:val="af5"/>
    <w:uiPriority w:val="29"/>
    <w:rsid w:val="00FC693F"/>
    <w:rPr>
      <w:i/>
      <w:iCs/>
      <w:color w:val="000000" w:themeColor="text1"/>
    </w:rPr>
  </w:style>
  <w:style w:type="character" w:customStyle="1" w:styleId="40">
    <w:name w:val="見出し 4 (文字)"/>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見出し 5 (文字)"/>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見出し 6 (文字)"/>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見出し 7 (文字)"/>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見出し 8 (文字)"/>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見出し 9 (文字)"/>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27">
    <w:name w:val="Intense Quote"/>
    <w:basedOn w:val="a1"/>
    <w:next w:val="a1"/>
    <w:link w:val="28"/>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28">
    <w:name w:val="引用文 2 (文字)"/>
    <w:basedOn w:val="a2"/>
    <w:link w:val="27"/>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29">
    <w:name w:val="Intense Emphasis"/>
    <w:basedOn w:val="a2"/>
    <w:uiPriority w:val="21"/>
    <w:qFormat/>
    <w:rsid w:val="00FC693F"/>
    <w:rPr>
      <w:b/>
      <w:bCs/>
      <w:i/>
      <w:iCs/>
      <w:color w:val="4F81BD" w:themeColor="accent1"/>
    </w:rPr>
  </w:style>
  <w:style w:type="character" w:styleId="afb">
    <w:name w:val="Subtle Reference"/>
    <w:basedOn w:val="a2"/>
    <w:uiPriority w:val="31"/>
    <w:qFormat/>
    <w:rsid w:val="00FC693F"/>
    <w:rPr>
      <w:smallCaps/>
      <w:color w:val="C0504D" w:themeColor="accent2"/>
      <w:u w:val="single"/>
    </w:rPr>
  </w:style>
  <w:style w:type="character" w:styleId="2a">
    <w:name w:val="Intense Reference"/>
    <w:basedOn w:val="a2"/>
    <w:uiPriority w:val="32"/>
    <w:qFormat/>
    <w:rsid w:val="00FC693F"/>
    <w:rPr>
      <w:b/>
      <w:bCs/>
      <w:smallCaps/>
      <w:color w:val="C0504D" w:themeColor="accent2"/>
      <w:spacing w:val="5"/>
      <w:u w:val="single"/>
    </w:rPr>
  </w:style>
  <w:style w:type="character" w:styleId="afc">
    <w:name w:val="Book Title"/>
    <w:basedOn w:val="a2"/>
    <w:uiPriority w:val="33"/>
    <w:qFormat/>
    <w:rsid w:val="00FC693F"/>
    <w:rPr>
      <w:b/>
      <w:bCs/>
      <w:smallCaps/>
      <w:spacing w:val="5"/>
    </w:rPr>
  </w:style>
  <w:style w:type="paragraph" w:styleId="afd">
    <w:name w:val="TOC Heading"/>
    <w:basedOn w:val="1"/>
    <w:next w:val="a1"/>
    <w:uiPriority w:val="39"/>
    <w:semiHidden/>
    <w:unhideWhenUsed/>
    <w:qFormat/>
    <w:rsid w:val="00FC693F"/>
    <w:pPr>
      <w:outlineLvl w:val="9"/>
    </w:pPr>
  </w:style>
  <w:style w:type="table" w:styleId="afe">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3">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4">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5">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6">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7">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b">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c">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d">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e">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f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f1">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7">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8">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9">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a">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b">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c">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d">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2">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3">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4">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5">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6">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7">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1">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2">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3">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4">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5">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6">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7">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1">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2">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63">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64">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65">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66">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67">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71">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2">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83">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4">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5">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6">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7">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2">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93">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94">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95">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96">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97">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0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0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0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0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10">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1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13">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4">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5">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6">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120">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4">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30">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32">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33">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3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35">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136">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40">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42">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43">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4">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6">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
    <w:name w:val="Revision"/>
    <w:hidden/>
    <w:uiPriority w:val="99"/>
    <w:semiHidden/>
    <w:rsid w:val="00E2637F"/>
    <w:pPr>
      <w:spacing w:after="0" w:line="240" w:lineRule="auto"/>
    </w:pPr>
    <w:rPr>
      <w:rFonts w:ascii="Yu Gothic" w:eastAsia="Yu Gothic" w:hAnsi="Yu Gothic"/>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355173821EE30A4BADF5EF4444E88E70" ma:contentTypeVersion="3" ma:contentTypeDescription="新しいドキュメントを作成します。" ma:contentTypeScope="" ma:versionID="73a88c312a93c529527f5e71a784471e">
  <xsd:schema xmlns:xsd="http://www.w3.org/2001/XMLSchema" xmlns:xs="http://www.w3.org/2001/XMLSchema" xmlns:p="http://schemas.microsoft.com/office/2006/metadata/properties" xmlns:ns2="298ba463-5193-4011-8005-f3bc4ae8621b" targetNamespace="http://schemas.microsoft.com/office/2006/metadata/properties" ma:root="true" ma:fieldsID="5a562cc95ea6cea3e51ef926059fc357" ns2:_="">
    <xsd:import namespace="298ba463-5193-4011-8005-f3bc4ae8621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ba463-5193-4011-8005-f3bc4ae862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C2DC20-568E-4B4B-9CE8-2CF669FC11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7621B98-4D17-437A-BC79-06E656E0A6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ba463-5193-4011-8005-f3bc4ae862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4.xml><?xml version="1.0" encoding="utf-8"?>
<ds:datastoreItem xmlns:ds="http://schemas.openxmlformats.org/officeDocument/2006/customXml" ds:itemID="{7ACC149A-6A59-4C42-8FEC-19F7DF79AF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459</Words>
  <Characters>2619</Characters>
  <Application>Microsoft Office Word</Application>
  <DocSecurity>0</DocSecurity>
  <Lines>21</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3072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RBS　桜林 玲佳</cp:lastModifiedBy>
  <cp:revision>2</cp:revision>
  <cp:lastPrinted>2026-03-30T01:36:00Z</cp:lastPrinted>
  <dcterms:created xsi:type="dcterms:W3CDTF">2026-04-21T07:26:00Z</dcterms:created>
  <dcterms:modified xsi:type="dcterms:W3CDTF">2026-04-21T07:26:00Z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0x010100355173821EE30A4BADF5EF4444E88E70</vt:lpwstr>
  </property>
</Properties>
</file>